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4D615" w14:textId="77777777" w:rsidR="007F78AB" w:rsidRDefault="007F78AB" w:rsidP="000F75EE">
      <w:pPr>
        <w:rPr>
          <w:b/>
          <w:bCs/>
          <w:lang w:val="en-GB"/>
        </w:rPr>
      </w:pPr>
    </w:p>
    <w:p w14:paraId="1516CB47" w14:textId="77777777" w:rsidR="007F78AB" w:rsidRDefault="007F78AB" w:rsidP="000F75EE">
      <w:pPr>
        <w:rPr>
          <w:b/>
          <w:bCs/>
          <w:lang w:val="en-GB"/>
        </w:rPr>
      </w:pPr>
    </w:p>
    <w:p w14:paraId="38944C6E" w14:textId="0265C3D7" w:rsidR="000F75EE" w:rsidRDefault="000F75EE" w:rsidP="000F75EE">
      <w:pPr>
        <w:rPr>
          <w:b/>
          <w:bCs/>
          <w:lang w:val="en-GB"/>
        </w:rPr>
      </w:pPr>
      <w:r>
        <w:rPr>
          <w:b/>
          <w:bCs/>
          <w:lang w:val="en-GB"/>
        </w:rPr>
        <w:t xml:space="preserve">Acting National Secretary </w:t>
      </w:r>
      <w:r w:rsidR="00F32961">
        <w:rPr>
          <w:b/>
          <w:bCs/>
          <w:lang w:val="en-GB"/>
        </w:rPr>
        <w:t>Mel Warnes</w:t>
      </w:r>
      <w:r w:rsidR="007F78AB">
        <w:rPr>
          <w:b/>
          <w:bCs/>
          <w:lang w:val="en-GB"/>
        </w:rPr>
        <w:t xml:space="preserve">’ </w:t>
      </w:r>
      <w:r>
        <w:rPr>
          <w:b/>
          <w:bCs/>
          <w:lang w:val="en-GB"/>
        </w:rPr>
        <w:t xml:space="preserve">Conference Speech </w:t>
      </w:r>
    </w:p>
    <w:p w14:paraId="69343737" w14:textId="77777777" w:rsidR="000F75EE" w:rsidRDefault="000F75EE" w:rsidP="000F75EE">
      <w:pPr>
        <w:rPr>
          <w:b/>
          <w:bCs/>
          <w:lang w:val="en-GB"/>
        </w:rPr>
      </w:pPr>
    </w:p>
    <w:p w14:paraId="234A7587" w14:textId="2C44DF38" w:rsidR="000F75EE" w:rsidRPr="000F75EE" w:rsidRDefault="000F75EE" w:rsidP="000F75EE">
      <w:pPr>
        <w:rPr>
          <w:lang w:val="en-GB"/>
        </w:rPr>
      </w:pPr>
      <w:r w:rsidRPr="000F75EE">
        <w:rPr>
          <w:b/>
          <w:bCs/>
          <w:lang w:val="en-GB"/>
        </w:rPr>
        <w:t>Conference,</w:t>
      </w:r>
    </w:p>
    <w:p w14:paraId="7A8B7C1A" w14:textId="77777777" w:rsidR="000F75EE" w:rsidRPr="000F75EE" w:rsidRDefault="000F75EE" w:rsidP="000F75EE">
      <w:pPr>
        <w:rPr>
          <w:lang w:val="en-GB"/>
        </w:rPr>
      </w:pPr>
      <w:r w:rsidRPr="000F75EE">
        <w:rPr>
          <w:lang w:val="en-GB"/>
        </w:rPr>
        <w:t>I promise there will be no more puns about dogs following that film.</w:t>
      </w:r>
    </w:p>
    <w:p w14:paraId="5424FD43" w14:textId="77777777" w:rsidR="000F75EE" w:rsidRPr="000F75EE" w:rsidRDefault="000F75EE" w:rsidP="000F75EE">
      <w:pPr>
        <w:rPr>
          <w:lang w:val="en-GB"/>
        </w:rPr>
      </w:pPr>
      <w:r w:rsidRPr="000F75EE">
        <w:rPr>
          <w:lang w:val="en-GB"/>
        </w:rPr>
        <w:t>Although I suspect there is one important difference between police dogs and police officers.</w:t>
      </w:r>
    </w:p>
    <w:p w14:paraId="2A14CB15" w14:textId="77777777" w:rsidR="000F75EE" w:rsidRPr="000F75EE" w:rsidRDefault="000F75EE" w:rsidP="000F75EE">
      <w:pPr>
        <w:rPr>
          <w:lang w:val="en-GB"/>
        </w:rPr>
      </w:pPr>
      <w:r w:rsidRPr="000F75EE">
        <w:rPr>
          <w:lang w:val="en-GB"/>
        </w:rPr>
        <w:t>The dogs get a biscuit when they've done a good job.</w:t>
      </w:r>
    </w:p>
    <w:p w14:paraId="7ABFB300" w14:textId="55B67836" w:rsidR="000F75EE" w:rsidRPr="000F75EE" w:rsidRDefault="000F75EE" w:rsidP="000F75EE">
      <w:pPr>
        <w:rPr>
          <w:lang w:val="en-GB"/>
        </w:rPr>
      </w:pPr>
      <w:r w:rsidRPr="000F75EE">
        <w:rPr>
          <w:lang w:val="en-GB"/>
        </w:rPr>
        <w:t>The officers get another job. And</w:t>
      </w:r>
      <w:r w:rsidR="002B6D2A">
        <w:rPr>
          <w:lang w:val="en-GB"/>
        </w:rPr>
        <w:t xml:space="preserve"> </w:t>
      </w:r>
      <w:r w:rsidR="002B6D2A" w:rsidRPr="00A73C5F">
        <w:rPr>
          <w:color w:val="auto"/>
          <w:lang w:val="en-GB"/>
        </w:rPr>
        <w:t>always</w:t>
      </w:r>
      <w:r w:rsidR="00A73C5F">
        <w:rPr>
          <w:lang w:val="en-GB"/>
        </w:rPr>
        <w:t xml:space="preserve"> </w:t>
      </w:r>
      <w:r w:rsidRPr="000F75EE">
        <w:rPr>
          <w:lang w:val="en-GB"/>
        </w:rPr>
        <w:t>a form to fill in.</w:t>
      </w:r>
    </w:p>
    <w:p w14:paraId="2743070E" w14:textId="77777777" w:rsidR="000F75EE" w:rsidRPr="000F75EE" w:rsidRDefault="000F75EE" w:rsidP="000F75EE">
      <w:pPr>
        <w:rPr>
          <w:lang w:val="en-GB"/>
        </w:rPr>
      </w:pPr>
      <w:r w:rsidRPr="000F75EE">
        <w:rPr>
          <w:lang w:val="en-GB"/>
        </w:rPr>
        <w:t>But that film captures something important.</w:t>
      </w:r>
    </w:p>
    <w:p w14:paraId="517267E5" w14:textId="77777777" w:rsidR="000F75EE" w:rsidRPr="000F75EE" w:rsidRDefault="000F75EE" w:rsidP="000F75EE">
      <w:pPr>
        <w:rPr>
          <w:lang w:val="en-GB"/>
        </w:rPr>
      </w:pPr>
      <w:r w:rsidRPr="000F75EE">
        <w:rPr>
          <w:lang w:val="en-GB"/>
        </w:rPr>
        <w:t>Police dogs are extraordinary. And so are the officers who work alongside them.</w:t>
      </w:r>
    </w:p>
    <w:p w14:paraId="2D08A4CB" w14:textId="77777777" w:rsidR="000F75EE" w:rsidRPr="000F75EE" w:rsidRDefault="000F75EE" w:rsidP="000F75EE">
      <w:pPr>
        <w:rPr>
          <w:lang w:val="en-GB"/>
        </w:rPr>
      </w:pPr>
      <w:r w:rsidRPr="000F75EE">
        <w:rPr>
          <w:lang w:val="en-GB"/>
        </w:rPr>
        <w:t>We see the results.</w:t>
      </w:r>
    </w:p>
    <w:p w14:paraId="3FA6C91A" w14:textId="77777777" w:rsidR="000F75EE" w:rsidRPr="000F75EE" w:rsidRDefault="000F75EE" w:rsidP="000F75EE">
      <w:pPr>
        <w:rPr>
          <w:lang w:val="en-GB"/>
        </w:rPr>
      </w:pPr>
      <w:r w:rsidRPr="000F75EE">
        <w:rPr>
          <w:lang w:val="en-GB"/>
        </w:rPr>
        <w:t>The vulnerable child found. The dangerous offender tracked down. The attack prevented. The life saved.</w:t>
      </w:r>
    </w:p>
    <w:p w14:paraId="7C7DBD9D" w14:textId="77777777" w:rsidR="000F75EE" w:rsidRPr="000F75EE" w:rsidRDefault="000F75EE" w:rsidP="000F75EE">
      <w:pPr>
        <w:rPr>
          <w:lang w:val="en-GB"/>
        </w:rPr>
      </w:pPr>
      <w:r w:rsidRPr="000F75EE">
        <w:rPr>
          <w:lang w:val="en-GB"/>
        </w:rPr>
        <w:t>What we don't always see is the skill, commitment and sacrifice behind those results.</w:t>
      </w:r>
    </w:p>
    <w:p w14:paraId="7EE021B3" w14:textId="0B325415" w:rsidR="000F75EE" w:rsidRPr="000F75EE" w:rsidRDefault="000F75EE" w:rsidP="000F75EE">
      <w:pPr>
        <w:rPr>
          <w:lang w:val="en-GB"/>
        </w:rPr>
      </w:pPr>
      <w:r w:rsidRPr="000F75EE">
        <w:rPr>
          <w:lang w:val="en-GB"/>
        </w:rPr>
        <w:t>Dog handlers take exceptional care of their dogs. They keep them fit, healthy and deployable — often at considerable personal cost.</w:t>
      </w:r>
      <w:r w:rsidR="002B6D2A">
        <w:rPr>
          <w:lang w:val="en-GB"/>
        </w:rPr>
        <w:t xml:space="preserve"> </w:t>
      </w:r>
    </w:p>
    <w:p w14:paraId="7779BEFE" w14:textId="796A8632" w:rsidR="000F75EE" w:rsidRPr="000F75EE" w:rsidRDefault="000F75EE" w:rsidP="000F75EE">
      <w:pPr>
        <w:rPr>
          <w:lang w:val="en-GB"/>
        </w:rPr>
      </w:pPr>
      <w:r w:rsidRPr="000F75EE">
        <w:rPr>
          <w:lang w:val="en-GB"/>
        </w:rPr>
        <w:t>What we need is a police service that</w:t>
      </w:r>
      <w:r w:rsidR="006C5ADA" w:rsidRPr="00A73C5F">
        <w:rPr>
          <w:color w:val="auto"/>
          <w:lang w:val="en-GB"/>
        </w:rPr>
        <w:t xml:space="preserve"> takes</w:t>
      </w:r>
      <w:r w:rsidRPr="00A73C5F">
        <w:rPr>
          <w:color w:val="auto"/>
          <w:lang w:val="en-GB"/>
        </w:rPr>
        <w:t xml:space="preserve"> </w:t>
      </w:r>
      <w:r w:rsidRPr="000F75EE">
        <w:rPr>
          <w:lang w:val="en-GB"/>
        </w:rPr>
        <w:t>the same</w:t>
      </w:r>
      <w:r w:rsidR="006C5ADA">
        <w:rPr>
          <w:lang w:val="en-GB"/>
        </w:rPr>
        <w:t xml:space="preserve"> </w:t>
      </w:r>
      <w:r w:rsidR="006C5ADA" w:rsidRPr="00A73C5F">
        <w:rPr>
          <w:color w:val="auto"/>
          <w:lang w:val="en-GB"/>
        </w:rPr>
        <w:t>exceptional care of</w:t>
      </w:r>
      <w:r w:rsidRPr="00A73C5F">
        <w:rPr>
          <w:color w:val="auto"/>
          <w:lang w:val="en-GB"/>
        </w:rPr>
        <w:t xml:space="preserve"> </w:t>
      </w:r>
      <w:r w:rsidRPr="000F75EE">
        <w:rPr>
          <w:lang w:val="en-GB"/>
        </w:rPr>
        <w:t>its people.</w:t>
      </w:r>
    </w:p>
    <w:p w14:paraId="14A116EE" w14:textId="77777777" w:rsidR="000F75EE" w:rsidRPr="000F75EE" w:rsidRDefault="000F75EE" w:rsidP="000F75EE">
      <w:pPr>
        <w:rPr>
          <w:lang w:val="en-GB"/>
        </w:rPr>
      </w:pPr>
      <w:r w:rsidRPr="000F75EE">
        <w:rPr>
          <w:lang w:val="en-GB"/>
        </w:rPr>
        <w:t>Because behind every operational success is an officer.</w:t>
      </w:r>
    </w:p>
    <w:p w14:paraId="02F9574C" w14:textId="77777777" w:rsidR="000F75EE" w:rsidRPr="000F75EE" w:rsidRDefault="000F75EE" w:rsidP="000F75EE">
      <w:pPr>
        <w:rPr>
          <w:lang w:val="en-GB"/>
        </w:rPr>
      </w:pPr>
      <w:r w:rsidRPr="000F75EE">
        <w:rPr>
          <w:lang w:val="en-GB"/>
        </w:rPr>
        <w:t>And behind every officer is a set of terms and conditions that determines whether they can do this job safely, sustainably and with dignity.</w:t>
      </w:r>
    </w:p>
    <w:p w14:paraId="32969FE1" w14:textId="77777777" w:rsidR="000F75EE" w:rsidRPr="000F75EE" w:rsidRDefault="000F75EE" w:rsidP="000F75EE">
      <w:pPr>
        <w:rPr>
          <w:lang w:val="en-GB"/>
        </w:rPr>
      </w:pPr>
      <w:r w:rsidRPr="000F75EE">
        <w:rPr>
          <w:lang w:val="en-GB"/>
        </w:rPr>
        <w:t>Too often, those terms and conditions are failing them.</w:t>
      </w:r>
    </w:p>
    <w:p w14:paraId="0A725623" w14:textId="77777777" w:rsidR="00CB4F89" w:rsidRDefault="00CB4F89" w:rsidP="000F75EE">
      <w:pPr>
        <w:rPr>
          <w:b/>
          <w:bCs/>
          <w:lang w:val="en-GB"/>
        </w:rPr>
      </w:pPr>
    </w:p>
    <w:p w14:paraId="6F3431B7" w14:textId="61EADECD" w:rsidR="000F75EE" w:rsidRPr="000F75EE" w:rsidRDefault="000F75EE" w:rsidP="000F75EE">
      <w:pPr>
        <w:rPr>
          <w:lang w:val="en-GB"/>
        </w:rPr>
      </w:pPr>
      <w:r w:rsidRPr="000F75EE">
        <w:rPr>
          <w:lang w:val="en-GB"/>
        </w:rPr>
        <w:t>Let's start with pay.</w:t>
      </w:r>
    </w:p>
    <w:p w14:paraId="40643D0E" w14:textId="77777777" w:rsidR="000F75EE" w:rsidRPr="000F75EE" w:rsidRDefault="000F75EE" w:rsidP="000F75EE">
      <w:pPr>
        <w:rPr>
          <w:lang w:val="en-GB"/>
        </w:rPr>
      </w:pPr>
      <w:r w:rsidRPr="000F75EE">
        <w:rPr>
          <w:lang w:val="en-GB"/>
        </w:rPr>
        <w:t>This year, the Federation made a strong case.</w:t>
      </w:r>
    </w:p>
    <w:p w14:paraId="60871A6D" w14:textId="77777777" w:rsidR="000F75EE" w:rsidRPr="000F75EE" w:rsidRDefault="000F75EE" w:rsidP="000F75EE">
      <w:pPr>
        <w:rPr>
          <w:lang w:val="en-GB"/>
        </w:rPr>
      </w:pPr>
      <w:r w:rsidRPr="000F75EE">
        <w:rPr>
          <w:lang w:val="en-GB"/>
        </w:rPr>
        <w:t>Our evidence was detailed and based on the experiences of thousands of officers across England and Wales.</w:t>
      </w:r>
    </w:p>
    <w:p w14:paraId="3A0DA75B" w14:textId="77777777" w:rsidR="000F75EE" w:rsidRDefault="000F75EE" w:rsidP="000F75EE">
      <w:pPr>
        <w:rPr>
          <w:lang w:val="en-GB"/>
        </w:rPr>
      </w:pPr>
      <w:r w:rsidRPr="000F75EE">
        <w:rPr>
          <w:lang w:val="en-GB"/>
        </w:rPr>
        <w:lastRenderedPageBreak/>
        <w:t>And the Police Remuneration Review Body listened.</w:t>
      </w:r>
    </w:p>
    <w:p w14:paraId="2B2FB77C" w14:textId="392156F7" w:rsidR="002A236D" w:rsidRPr="00A73C5F" w:rsidRDefault="002A236D" w:rsidP="000F75EE">
      <w:pPr>
        <w:rPr>
          <w:color w:val="auto"/>
          <w:lang w:val="en-GB"/>
        </w:rPr>
      </w:pPr>
      <w:r w:rsidRPr="00A73C5F">
        <w:rPr>
          <w:color w:val="auto"/>
          <w:lang w:val="en-GB"/>
        </w:rPr>
        <w:t>It listened to me re-</w:t>
      </w:r>
      <w:proofErr w:type="gramStart"/>
      <w:r w:rsidRPr="00A73C5F">
        <w:rPr>
          <w:color w:val="auto"/>
          <w:lang w:val="en-GB"/>
        </w:rPr>
        <w:t>telling</w:t>
      </w:r>
      <w:proofErr w:type="gramEnd"/>
      <w:r w:rsidRPr="00A73C5F">
        <w:rPr>
          <w:color w:val="auto"/>
          <w:lang w:val="en-GB"/>
        </w:rPr>
        <w:t xml:space="preserve"> the actual words of our officers from “my last set” which was crucial to be able to give real evidence of what policing, every</w:t>
      </w:r>
      <w:r w:rsidR="002D369C" w:rsidRPr="00A73C5F">
        <w:rPr>
          <w:color w:val="auto"/>
          <w:lang w:val="en-GB"/>
        </w:rPr>
        <w:t xml:space="preserve"> </w:t>
      </w:r>
      <w:r w:rsidRPr="00A73C5F">
        <w:rPr>
          <w:color w:val="auto"/>
          <w:lang w:val="en-GB"/>
        </w:rPr>
        <w:t>day is like.</w:t>
      </w:r>
    </w:p>
    <w:p w14:paraId="38DA2D25" w14:textId="65A84796" w:rsidR="000F75EE" w:rsidRDefault="000F75EE" w:rsidP="000F75EE">
      <w:pPr>
        <w:rPr>
          <w:lang w:val="en-GB"/>
        </w:rPr>
      </w:pPr>
      <w:r w:rsidRPr="000F75EE">
        <w:rPr>
          <w:lang w:val="en-GB"/>
        </w:rPr>
        <w:t>It listened to the evidence about recruitment, attrition, the loss of experience and what police officers are put through every day.</w:t>
      </w:r>
      <w:r w:rsidR="002A236D">
        <w:rPr>
          <w:lang w:val="en-GB"/>
        </w:rPr>
        <w:t xml:space="preserve"> </w:t>
      </w:r>
    </w:p>
    <w:p w14:paraId="2502AB2D" w14:textId="77777777" w:rsidR="000F75EE" w:rsidRPr="000F75EE" w:rsidRDefault="000F75EE" w:rsidP="000F75EE">
      <w:pPr>
        <w:rPr>
          <w:lang w:val="en-GB"/>
        </w:rPr>
      </w:pPr>
      <w:r w:rsidRPr="000F75EE">
        <w:rPr>
          <w:lang w:val="en-GB"/>
        </w:rPr>
        <w:t xml:space="preserve">And it concluded that the way policing treats its workforce is </w:t>
      </w:r>
      <w:r w:rsidRPr="000F75EE">
        <w:rPr>
          <w:b/>
          <w:bCs/>
          <w:lang w:val="en-GB"/>
        </w:rPr>
        <w:t>exploitation</w:t>
      </w:r>
      <w:r w:rsidRPr="000F75EE">
        <w:rPr>
          <w:lang w:val="en-GB"/>
        </w:rPr>
        <w:t>.</w:t>
      </w:r>
    </w:p>
    <w:p w14:paraId="726DA2CE" w14:textId="77777777" w:rsidR="000F75EE" w:rsidRPr="000F75EE" w:rsidRDefault="000F75EE" w:rsidP="000F75EE">
      <w:pPr>
        <w:rPr>
          <w:lang w:val="en-GB"/>
        </w:rPr>
      </w:pPr>
      <w:r w:rsidRPr="000F75EE">
        <w:rPr>
          <w:lang w:val="en-GB"/>
        </w:rPr>
        <w:t>Exploitation.</w:t>
      </w:r>
    </w:p>
    <w:p w14:paraId="730BA148" w14:textId="77777777" w:rsidR="000F75EE" w:rsidRPr="000F75EE" w:rsidRDefault="000F75EE" w:rsidP="000F75EE">
      <w:pPr>
        <w:rPr>
          <w:lang w:val="en-GB"/>
        </w:rPr>
      </w:pPr>
      <w:r w:rsidRPr="000F75EE">
        <w:rPr>
          <w:lang w:val="en-GB"/>
        </w:rPr>
        <w:t>That is a shocking word to hear used about the police service.</w:t>
      </w:r>
    </w:p>
    <w:p w14:paraId="20374F74" w14:textId="05837C82" w:rsidR="000F75EE" w:rsidRPr="000F75EE" w:rsidRDefault="000F75EE" w:rsidP="000F75EE">
      <w:pPr>
        <w:rPr>
          <w:lang w:val="en-GB"/>
        </w:rPr>
      </w:pPr>
      <w:r w:rsidRPr="000F75EE">
        <w:rPr>
          <w:lang w:val="en-GB"/>
        </w:rPr>
        <w:t xml:space="preserve">I've spent </w:t>
      </w:r>
      <w:r w:rsidR="002A236D" w:rsidRPr="00252933">
        <w:rPr>
          <w:color w:val="auto"/>
          <w:lang w:val="en-GB"/>
        </w:rPr>
        <w:t>over</w:t>
      </w:r>
      <w:r w:rsidR="002A236D">
        <w:rPr>
          <w:lang w:val="en-GB"/>
        </w:rPr>
        <w:t xml:space="preserve"> </w:t>
      </w:r>
      <w:r w:rsidRPr="000F75EE">
        <w:rPr>
          <w:lang w:val="en-GB"/>
        </w:rPr>
        <w:t>30 years in policing. I've heard staff associations use strong language about the way members are treated.</w:t>
      </w:r>
    </w:p>
    <w:p w14:paraId="04EFD835" w14:textId="6EFA7CC0" w:rsidR="000F75EE" w:rsidRPr="000F75EE" w:rsidRDefault="000F75EE" w:rsidP="000F75EE">
      <w:pPr>
        <w:rPr>
          <w:lang w:val="en-GB"/>
        </w:rPr>
      </w:pPr>
      <w:r w:rsidRPr="000F75EE">
        <w:rPr>
          <w:lang w:val="en-GB"/>
        </w:rPr>
        <w:t>But I have never heard the Government's own independent pay</w:t>
      </w:r>
      <w:r w:rsidR="002D369C">
        <w:rPr>
          <w:lang w:val="en-GB"/>
        </w:rPr>
        <w:t xml:space="preserve"> </w:t>
      </w:r>
      <w:r w:rsidR="002D369C" w:rsidRPr="00252933">
        <w:rPr>
          <w:color w:val="auto"/>
          <w:lang w:val="en-GB"/>
        </w:rPr>
        <w:t>body</w:t>
      </w:r>
      <w:r w:rsidRPr="000F75EE">
        <w:rPr>
          <w:lang w:val="en-GB"/>
        </w:rPr>
        <w:t xml:space="preserve"> describe the workforce in those terms.</w:t>
      </w:r>
    </w:p>
    <w:p w14:paraId="00460C2D" w14:textId="77777777" w:rsidR="000F75EE" w:rsidRPr="000F75EE" w:rsidRDefault="000F75EE" w:rsidP="000F75EE">
      <w:pPr>
        <w:rPr>
          <w:lang w:val="en-GB"/>
        </w:rPr>
      </w:pPr>
      <w:r w:rsidRPr="000F75EE">
        <w:rPr>
          <w:lang w:val="en-GB"/>
        </w:rPr>
        <w:t>They looked at the evidence and concluded that exploitation is built into the way policing operates.</w:t>
      </w:r>
    </w:p>
    <w:p w14:paraId="1A4DC030" w14:textId="77777777" w:rsidR="000F75EE" w:rsidRPr="000F75EE" w:rsidRDefault="000F75EE" w:rsidP="000F75EE">
      <w:pPr>
        <w:rPr>
          <w:lang w:val="en-GB"/>
        </w:rPr>
      </w:pPr>
      <w:r w:rsidRPr="000F75EE">
        <w:rPr>
          <w:lang w:val="en-GB"/>
        </w:rPr>
        <w:t>And what are officers asking for?</w:t>
      </w:r>
    </w:p>
    <w:p w14:paraId="33D2C0DD" w14:textId="77777777" w:rsidR="000F75EE" w:rsidRPr="000F75EE" w:rsidRDefault="000F75EE" w:rsidP="000F75EE">
      <w:pPr>
        <w:rPr>
          <w:lang w:val="en-GB"/>
        </w:rPr>
      </w:pPr>
      <w:r w:rsidRPr="000F75EE">
        <w:rPr>
          <w:lang w:val="en-GB"/>
        </w:rPr>
        <w:t>To be paid fairly.</w:t>
      </w:r>
    </w:p>
    <w:p w14:paraId="373DB4CF" w14:textId="77777777" w:rsidR="000F75EE" w:rsidRPr="000F75EE" w:rsidRDefault="000F75EE" w:rsidP="000F75EE">
      <w:pPr>
        <w:rPr>
          <w:lang w:val="en-GB"/>
        </w:rPr>
      </w:pPr>
      <w:r w:rsidRPr="000F75EE">
        <w:rPr>
          <w:lang w:val="en-GB"/>
        </w:rPr>
        <w:t>To have their rest protected.</w:t>
      </w:r>
    </w:p>
    <w:p w14:paraId="554E430A" w14:textId="77777777" w:rsidR="000F75EE" w:rsidRPr="000F75EE" w:rsidRDefault="000F75EE" w:rsidP="000F75EE">
      <w:pPr>
        <w:rPr>
          <w:lang w:val="en-GB"/>
        </w:rPr>
      </w:pPr>
      <w:r w:rsidRPr="000F75EE">
        <w:rPr>
          <w:lang w:val="en-GB"/>
        </w:rPr>
        <w:t>To be able to take their leave.</w:t>
      </w:r>
    </w:p>
    <w:p w14:paraId="366EA84E" w14:textId="77777777" w:rsidR="000F75EE" w:rsidRPr="000F75EE" w:rsidRDefault="000F75EE" w:rsidP="000F75EE">
      <w:pPr>
        <w:rPr>
          <w:lang w:val="en-GB"/>
        </w:rPr>
      </w:pPr>
      <w:r w:rsidRPr="000F75EE">
        <w:rPr>
          <w:lang w:val="en-GB"/>
        </w:rPr>
        <w:t>To have their experience valued.</w:t>
      </w:r>
    </w:p>
    <w:p w14:paraId="4E3B91BA" w14:textId="77777777" w:rsidR="000F75EE" w:rsidRPr="000F75EE" w:rsidRDefault="000F75EE" w:rsidP="000F75EE">
      <w:pPr>
        <w:rPr>
          <w:lang w:val="en-GB"/>
        </w:rPr>
      </w:pPr>
      <w:r w:rsidRPr="000F75EE">
        <w:rPr>
          <w:lang w:val="en-GB"/>
        </w:rPr>
        <w:t>And to finish a shift with enough left in the tank to be a police officer, a parent, a partner, a friend.</w:t>
      </w:r>
    </w:p>
    <w:p w14:paraId="5E525ACB" w14:textId="77777777" w:rsidR="000F75EE" w:rsidRPr="000F75EE" w:rsidRDefault="000F75EE" w:rsidP="000F75EE">
      <w:pPr>
        <w:rPr>
          <w:lang w:val="en-GB"/>
        </w:rPr>
      </w:pPr>
      <w:r w:rsidRPr="000F75EE">
        <w:rPr>
          <w:lang w:val="en-GB"/>
        </w:rPr>
        <w:t>That is not too much to ask.</w:t>
      </w:r>
    </w:p>
    <w:p w14:paraId="18720FDD" w14:textId="77777777" w:rsidR="000F75EE" w:rsidRPr="000F75EE" w:rsidRDefault="000F75EE" w:rsidP="000F75EE">
      <w:pPr>
        <w:rPr>
          <w:lang w:val="en-GB"/>
        </w:rPr>
      </w:pPr>
      <w:r w:rsidRPr="000F75EE">
        <w:rPr>
          <w:lang w:val="en-GB"/>
        </w:rPr>
        <w:t>Our evidence led to a recommendation for an above-inflation pay increase.</w:t>
      </w:r>
    </w:p>
    <w:p w14:paraId="6AD75D43" w14:textId="77777777" w:rsidR="000F75EE" w:rsidRPr="000F75EE" w:rsidRDefault="000F75EE" w:rsidP="000F75EE">
      <w:pPr>
        <w:rPr>
          <w:lang w:val="en-GB"/>
        </w:rPr>
      </w:pPr>
      <w:r w:rsidRPr="000F75EE">
        <w:rPr>
          <w:lang w:val="en-GB"/>
        </w:rPr>
        <w:t>And then the Government ignored it.</w:t>
      </w:r>
    </w:p>
    <w:p w14:paraId="6321B438" w14:textId="77777777" w:rsidR="000F75EE" w:rsidRPr="000F75EE" w:rsidRDefault="000F75EE" w:rsidP="000F75EE">
      <w:pPr>
        <w:rPr>
          <w:lang w:val="en-GB"/>
        </w:rPr>
      </w:pPr>
      <w:r w:rsidRPr="000F75EE">
        <w:rPr>
          <w:lang w:val="en-GB"/>
        </w:rPr>
        <w:t>We made the case. The evidence stood up. The independent body listened.</w:t>
      </w:r>
    </w:p>
    <w:p w14:paraId="1F0BC34E" w14:textId="77777777" w:rsidR="000F75EE" w:rsidRPr="000F75EE" w:rsidRDefault="000F75EE" w:rsidP="000F75EE">
      <w:pPr>
        <w:rPr>
          <w:lang w:val="en-GB"/>
        </w:rPr>
      </w:pPr>
      <w:r w:rsidRPr="000F75EE">
        <w:rPr>
          <w:lang w:val="en-GB"/>
        </w:rPr>
        <w:t>And Government chose not to.</w:t>
      </w:r>
    </w:p>
    <w:p w14:paraId="21503D96" w14:textId="77777777" w:rsidR="000F75EE" w:rsidRPr="000F75EE" w:rsidRDefault="000F75EE" w:rsidP="000F75EE">
      <w:pPr>
        <w:rPr>
          <w:lang w:val="en-GB"/>
        </w:rPr>
      </w:pPr>
      <w:r w:rsidRPr="000F75EE">
        <w:rPr>
          <w:lang w:val="en-GB"/>
        </w:rPr>
        <w:t>That matters because pay is not simply about what's in your bank account.</w:t>
      </w:r>
    </w:p>
    <w:p w14:paraId="1E576A74" w14:textId="77777777" w:rsidR="000F75EE" w:rsidRPr="000F75EE" w:rsidRDefault="000F75EE" w:rsidP="000F75EE">
      <w:pPr>
        <w:rPr>
          <w:lang w:val="en-GB"/>
        </w:rPr>
      </w:pPr>
      <w:r w:rsidRPr="000F75EE">
        <w:rPr>
          <w:lang w:val="en-GB"/>
        </w:rPr>
        <w:t>It is about whether people join.</w:t>
      </w:r>
    </w:p>
    <w:p w14:paraId="1A9B9825" w14:textId="77777777" w:rsidR="000F75EE" w:rsidRPr="000F75EE" w:rsidRDefault="000F75EE" w:rsidP="000F75EE">
      <w:pPr>
        <w:rPr>
          <w:lang w:val="en-GB"/>
        </w:rPr>
      </w:pPr>
      <w:r w:rsidRPr="000F75EE">
        <w:rPr>
          <w:lang w:val="en-GB"/>
        </w:rPr>
        <w:lastRenderedPageBreak/>
        <w:t>Whether they stay.</w:t>
      </w:r>
    </w:p>
    <w:p w14:paraId="5E28792A" w14:textId="77777777" w:rsidR="000F75EE" w:rsidRPr="000F75EE" w:rsidRDefault="000F75EE" w:rsidP="000F75EE">
      <w:pPr>
        <w:rPr>
          <w:lang w:val="en-GB"/>
        </w:rPr>
      </w:pPr>
      <w:r w:rsidRPr="000F75EE">
        <w:rPr>
          <w:lang w:val="en-GB"/>
        </w:rPr>
        <w:t>Whether experienced officers decide it is still worth it.</w:t>
      </w:r>
    </w:p>
    <w:p w14:paraId="51BD232A" w14:textId="77777777" w:rsidR="000F75EE" w:rsidRDefault="000F75EE" w:rsidP="000F75EE">
      <w:pPr>
        <w:rPr>
          <w:lang w:val="en-GB"/>
        </w:rPr>
      </w:pPr>
      <w:r w:rsidRPr="000F75EE">
        <w:rPr>
          <w:lang w:val="en-GB"/>
        </w:rPr>
        <w:t>And whether people believe this is a profession that values what they give to it.</w:t>
      </w:r>
    </w:p>
    <w:p w14:paraId="5CB168E4" w14:textId="32CF8FF6" w:rsidR="002D369C" w:rsidRPr="00A90B01" w:rsidRDefault="002D369C" w:rsidP="000F75EE">
      <w:pPr>
        <w:rPr>
          <w:color w:val="auto"/>
          <w:lang w:val="en-GB"/>
        </w:rPr>
      </w:pPr>
      <w:r w:rsidRPr="00A90B01">
        <w:rPr>
          <w:color w:val="auto"/>
          <w:lang w:val="en-GB"/>
        </w:rPr>
        <w:t>So many are leaving as they can work for the same pay somewhere else without the added fear of being assaulted, spat at, being investigated for years</w:t>
      </w:r>
      <w:r w:rsidR="00DC6A6C" w:rsidRPr="00A90B01">
        <w:rPr>
          <w:color w:val="auto"/>
          <w:lang w:val="en-GB"/>
        </w:rPr>
        <w:t xml:space="preserve"> </w:t>
      </w:r>
      <w:r w:rsidR="007056DA" w:rsidRPr="00A90B01">
        <w:rPr>
          <w:color w:val="auto"/>
          <w:lang w:val="en-GB"/>
        </w:rPr>
        <w:t>for just doing their job</w:t>
      </w:r>
      <w:r w:rsidRPr="00A90B01">
        <w:rPr>
          <w:color w:val="auto"/>
          <w:lang w:val="en-GB"/>
        </w:rPr>
        <w:t>.</w:t>
      </w:r>
      <w:r w:rsidR="007056DA" w:rsidRPr="00A90B01">
        <w:rPr>
          <w:color w:val="auto"/>
          <w:lang w:val="en-GB"/>
        </w:rPr>
        <w:t xml:space="preserve"> The pay and benefits are not worth it anymore.</w:t>
      </w:r>
    </w:p>
    <w:p w14:paraId="5FFAD31B" w14:textId="77777777" w:rsidR="000F75EE" w:rsidRPr="000F75EE" w:rsidRDefault="000F75EE" w:rsidP="000F75EE">
      <w:pPr>
        <w:rPr>
          <w:lang w:val="en-GB"/>
        </w:rPr>
      </w:pPr>
      <w:proofErr w:type="gramStart"/>
      <w:r w:rsidRPr="000F75EE">
        <w:rPr>
          <w:lang w:val="en-GB"/>
        </w:rPr>
        <w:t>So</w:t>
      </w:r>
      <w:proofErr w:type="gramEnd"/>
      <w:r w:rsidRPr="000F75EE">
        <w:rPr>
          <w:lang w:val="en-GB"/>
        </w:rPr>
        <w:t xml:space="preserve"> we need a better way of determining pay.</w:t>
      </w:r>
    </w:p>
    <w:p w14:paraId="34818C46" w14:textId="77777777" w:rsidR="000F75EE" w:rsidRPr="000F75EE" w:rsidRDefault="000F75EE" w:rsidP="000F75EE">
      <w:pPr>
        <w:rPr>
          <w:lang w:val="en-GB"/>
        </w:rPr>
      </w:pPr>
      <w:r w:rsidRPr="000F75EE">
        <w:rPr>
          <w:lang w:val="en-GB"/>
        </w:rPr>
        <w:t>We have started work with parliamentarians on an amendment to the Police Reform Bill to bring in fair, binding arbitration and collective bargaining that our members have voted for.</w:t>
      </w:r>
    </w:p>
    <w:p w14:paraId="68EF2E9F" w14:textId="77777777" w:rsidR="000F75EE" w:rsidRPr="000F75EE" w:rsidRDefault="000F75EE" w:rsidP="000F75EE">
      <w:pPr>
        <w:rPr>
          <w:lang w:val="en-GB"/>
        </w:rPr>
      </w:pPr>
      <w:r w:rsidRPr="000F75EE">
        <w:rPr>
          <w:lang w:val="en-GB"/>
        </w:rPr>
        <w:t>And I want to be clear about why.</w:t>
      </w:r>
    </w:p>
    <w:p w14:paraId="3ADC77C2" w14:textId="77C6A479" w:rsidR="000F75EE" w:rsidRPr="000F75EE" w:rsidRDefault="000F75EE" w:rsidP="000F75EE">
      <w:pPr>
        <w:rPr>
          <w:lang w:val="en-GB"/>
        </w:rPr>
      </w:pPr>
      <w:r w:rsidRPr="000F75EE">
        <w:rPr>
          <w:lang w:val="en-GB"/>
        </w:rPr>
        <w:t xml:space="preserve">I have spent </w:t>
      </w:r>
      <w:r w:rsidR="002A236D" w:rsidRPr="00A90B01">
        <w:rPr>
          <w:color w:val="auto"/>
          <w:lang w:val="en-GB"/>
        </w:rPr>
        <w:t xml:space="preserve">over </w:t>
      </w:r>
      <w:r w:rsidRPr="000F75EE">
        <w:rPr>
          <w:lang w:val="en-GB"/>
        </w:rPr>
        <w:t>30 years as a police officer knowing that I don't have the right to strike.</w:t>
      </w:r>
    </w:p>
    <w:p w14:paraId="36EB19D4" w14:textId="77777777" w:rsidR="000F75EE" w:rsidRPr="000F75EE" w:rsidRDefault="000F75EE" w:rsidP="000F75EE">
      <w:pPr>
        <w:rPr>
          <w:lang w:val="en-GB"/>
        </w:rPr>
      </w:pPr>
      <w:r w:rsidRPr="000F75EE">
        <w:rPr>
          <w:lang w:val="en-GB"/>
        </w:rPr>
        <w:t>And I have always believed that was right.</w:t>
      </w:r>
    </w:p>
    <w:p w14:paraId="744AB760" w14:textId="77777777" w:rsidR="000F75EE" w:rsidRPr="000F75EE" w:rsidRDefault="000F75EE" w:rsidP="000F75EE">
      <w:pPr>
        <w:rPr>
          <w:lang w:val="en-GB"/>
        </w:rPr>
      </w:pPr>
      <w:r w:rsidRPr="000F75EE">
        <w:rPr>
          <w:lang w:val="en-GB"/>
        </w:rPr>
        <w:t>I still do.</w:t>
      </w:r>
    </w:p>
    <w:p w14:paraId="7169C426" w14:textId="77777777" w:rsidR="000F75EE" w:rsidRPr="000F75EE" w:rsidRDefault="000F75EE" w:rsidP="000F75EE">
      <w:pPr>
        <w:rPr>
          <w:lang w:val="en-GB"/>
        </w:rPr>
      </w:pPr>
      <w:r w:rsidRPr="000F75EE">
        <w:rPr>
          <w:lang w:val="en-GB"/>
        </w:rPr>
        <w:t>Being a police officer is fundamentally different from other jobs. The responsibility we carry to the public means withdrawing our labour is not compatible with policing.</w:t>
      </w:r>
    </w:p>
    <w:p w14:paraId="0196E3C3" w14:textId="77777777" w:rsidR="000F75EE" w:rsidRPr="000F75EE" w:rsidRDefault="000F75EE" w:rsidP="000F75EE">
      <w:pPr>
        <w:rPr>
          <w:lang w:val="en-GB"/>
        </w:rPr>
      </w:pPr>
      <w:r w:rsidRPr="000F75EE">
        <w:rPr>
          <w:lang w:val="en-GB"/>
        </w:rPr>
        <w:t>But we also need to be honest about what happens when that principle is tested.</w:t>
      </w:r>
    </w:p>
    <w:p w14:paraId="14AC705B" w14:textId="77777777" w:rsidR="000F75EE" w:rsidRPr="000F75EE" w:rsidRDefault="000F75EE" w:rsidP="000F75EE">
      <w:pPr>
        <w:rPr>
          <w:lang w:val="en-GB"/>
        </w:rPr>
      </w:pPr>
      <w:r w:rsidRPr="000F75EE">
        <w:rPr>
          <w:lang w:val="en-GB"/>
        </w:rPr>
        <w:t>That argument gets weaker with every generation of officers who accept that restriction and the sacrifices that come with it — and then watch people in other professions use collective bargaining and industrial action to secure better pay and better conditions.</w:t>
      </w:r>
    </w:p>
    <w:p w14:paraId="365F1599" w14:textId="77777777" w:rsidR="000F75EE" w:rsidRPr="000F75EE" w:rsidRDefault="000F75EE" w:rsidP="000F75EE">
      <w:pPr>
        <w:rPr>
          <w:lang w:val="en-GB"/>
        </w:rPr>
      </w:pPr>
      <w:r w:rsidRPr="000F75EE">
        <w:rPr>
          <w:lang w:val="en-GB"/>
        </w:rPr>
        <w:t>They don't want to strike.</w:t>
      </w:r>
    </w:p>
    <w:p w14:paraId="78CC58F2" w14:textId="77777777" w:rsidR="000F75EE" w:rsidRPr="000F75EE" w:rsidRDefault="000F75EE" w:rsidP="000F75EE">
      <w:pPr>
        <w:rPr>
          <w:lang w:val="en-GB"/>
        </w:rPr>
      </w:pPr>
      <w:r w:rsidRPr="000F75EE">
        <w:rPr>
          <w:lang w:val="en-GB"/>
        </w:rPr>
        <w:t>But they are asking a reasonable question:</w:t>
      </w:r>
    </w:p>
    <w:p w14:paraId="527D33A6" w14:textId="77777777" w:rsidR="000F75EE" w:rsidRPr="000F75EE" w:rsidRDefault="000F75EE" w:rsidP="000F75EE">
      <w:pPr>
        <w:rPr>
          <w:lang w:val="en-GB"/>
        </w:rPr>
      </w:pPr>
      <w:r w:rsidRPr="000F75EE">
        <w:rPr>
          <w:lang w:val="en-GB"/>
        </w:rPr>
        <w:t>What do we get in return for giving up that right?</w:t>
      </w:r>
    </w:p>
    <w:p w14:paraId="28334B56" w14:textId="77777777" w:rsidR="000F75EE" w:rsidRPr="000F75EE" w:rsidRDefault="000F75EE" w:rsidP="000F75EE">
      <w:pPr>
        <w:rPr>
          <w:lang w:val="en-GB"/>
        </w:rPr>
      </w:pPr>
      <w:r w:rsidRPr="000F75EE">
        <w:rPr>
          <w:lang w:val="en-GB"/>
        </w:rPr>
        <w:t>If the answer continues to be poor pay, cancelled rest days, unsustainable workloads and a pay process that can simply be ignored when the recommendation doesn't suit Government, then we should not be surprised when the next generation starts to question the bargain.</w:t>
      </w:r>
    </w:p>
    <w:p w14:paraId="52DDE886" w14:textId="77777777" w:rsidR="000F75EE" w:rsidRPr="000F75EE" w:rsidRDefault="000F75EE" w:rsidP="000F75EE">
      <w:pPr>
        <w:rPr>
          <w:lang w:val="en-GB"/>
        </w:rPr>
      </w:pPr>
      <w:r w:rsidRPr="000F75EE">
        <w:rPr>
          <w:lang w:val="en-GB"/>
        </w:rPr>
        <w:t>And that is where the jeopardy lies.</w:t>
      </w:r>
    </w:p>
    <w:p w14:paraId="262E450F" w14:textId="77777777" w:rsidR="000F75EE" w:rsidRPr="000F75EE" w:rsidRDefault="000F75EE" w:rsidP="000F75EE">
      <w:pPr>
        <w:rPr>
          <w:lang w:val="en-GB"/>
        </w:rPr>
      </w:pPr>
      <w:r w:rsidRPr="000F75EE">
        <w:rPr>
          <w:lang w:val="en-GB"/>
        </w:rPr>
        <w:t>We cannot assume that a principle we have defended for more than a hundred years will automatically be accepted twenty or fifty years from now.</w:t>
      </w:r>
    </w:p>
    <w:p w14:paraId="581C04E6" w14:textId="77777777" w:rsidR="000F75EE" w:rsidRPr="000F75EE" w:rsidRDefault="000F75EE" w:rsidP="000F75EE">
      <w:pPr>
        <w:rPr>
          <w:lang w:val="en-GB"/>
        </w:rPr>
      </w:pPr>
      <w:r w:rsidRPr="000F75EE">
        <w:rPr>
          <w:lang w:val="en-GB"/>
        </w:rPr>
        <w:lastRenderedPageBreak/>
        <w:t>If Government wants police officers to continue accepting this unique restriction, then it has a responsibility to make the alternative work.</w:t>
      </w:r>
    </w:p>
    <w:p w14:paraId="45F4CB17" w14:textId="6927E4D6" w:rsidR="000F75EE" w:rsidRPr="00A90B01" w:rsidRDefault="000F75EE" w:rsidP="000F75EE">
      <w:pPr>
        <w:rPr>
          <w:color w:val="auto"/>
          <w:lang w:val="en-GB"/>
        </w:rPr>
      </w:pPr>
      <w:r w:rsidRPr="000F75EE">
        <w:rPr>
          <w:lang w:val="en-GB"/>
        </w:rPr>
        <w:t>Meaningful collective bargaining.</w:t>
      </w:r>
      <w:r w:rsidR="002D369C">
        <w:rPr>
          <w:lang w:val="en-GB"/>
        </w:rPr>
        <w:t xml:space="preserve"> </w:t>
      </w:r>
      <w:r w:rsidR="002D369C" w:rsidRPr="00A90B01">
        <w:rPr>
          <w:color w:val="auto"/>
          <w:lang w:val="en-GB"/>
        </w:rPr>
        <w:t>A process to negotiate terms and conditions</w:t>
      </w:r>
      <w:r w:rsidR="002D2B6B" w:rsidRPr="00A90B01">
        <w:rPr>
          <w:color w:val="auto"/>
          <w:lang w:val="en-GB"/>
        </w:rPr>
        <w:t>.</w:t>
      </w:r>
    </w:p>
    <w:p w14:paraId="5B1FFB88" w14:textId="3FD5FEC8" w:rsidR="000F75EE" w:rsidRPr="00A90B01" w:rsidRDefault="000F75EE" w:rsidP="000F75EE">
      <w:pPr>
        <w:rPr>
          <w:color w:val="auto"/>
          <w:lang w:val="en-GB"/>
        </w:rPr>
      </w:pPr>
      <w:r w:rsidRPr="00A90B01">
        <w:rPr>
          <w:color w:val="auto"/>
          <w:lang w:val="en-GB"/>
        </w:rPr>
        <w:t>Binding arbitration.</w:t>
      </w:r>
      <w:r w:rsidR="002D369C" w:rsidRPr="00A90B01">
        <w:rPr>
          <w:color w:val="auto"/>
          <w:lang w:val="en-GB"/>
        </w:rPr>
        <w:t xml:space="preserve"> Which is legally binding through a neutral arbitrator making a final decision.</w:t>
      </w:r>
    </w:p>
    <w:p w14:paraId="750189DD" w14:textId="77777777" w:rsidR="000F75EE" w:rsidRPr="000F75EE" w:rsidRDefault="000F75EE" w:rsidP="000F75EE">
      <w:pPr>
        <w:rPr>
          <w:lang w:val="en-GB"/>
        </w:rPr>
      </w:pPr>
      <w:r w:rsidRPr="000F75EE">
        <w:rPr>
          <w:lang w:val="en-GB"/>
        </w:rPr>
        <w:t xml:space="preserve">A genuine voice over </w:t>
      </w:r>
      <w:proofErr w:type="gramStart"/>
      <w:r w:rsidRPr="000F75EE">
        <w:rPr>
          <w:lang w:val="en-GB"/>
        </w:rPr>
        <w:t>pay</w:t>
      </w:r>
      <w:proofErr w:type="gramEnd"/>
      <w:r w:rsidRPr="000F75EE">
        <w:rPr>
          <w:lang w:val="en-GB"/>
        </w:rPr>
        <w:t xml:space="preserve"> and conditions.</w:t>
      </w:r>
    </w:p>
    <w:p w14:paraId="5712CDFB" w14:textId="77777777" w:rsidR="000F75EE" w:rsidRPr="000F75EE" w:rsidRDefault="000F75EE" w:rsidP="000F75EE">
      <w:pPr>
        <w:rPr>
          <w:lang w:val="en-GB"/>
        </w:rPr>
      </w:pPr>
      <w:r w:rsidRPr="000F75EE">
        <w:rPr>
          <w:lang w:val="en-GB"/>
        </w:rPr>
        <w:t>We are not asking police officers to walk away from their responsibilities.</w:t>
      </w:r>
    </w:p>
    <w:p w14:paraId="07750934" w14:textId="77777777" w:rsidR="000F75EE" w:rsidRPr="000F75EE" w:rsidRDefault="000F75EE" w:rsidP="000F75EE">
      <w:pPr>
        <w:rPr>
          <w:lang w:val="en-GB"/>
        </w:rPr>
      </w:pPr>
      <w:r w:rsidRPr="000F75EE">
        <w:rPr>
          <w:lang w:val="en-GB"/>
        </w:rPr>
        <w:t>We are asking Government to recognise its responsibility to the people who keep the public safe.</w:t>
      </w:r>
    </w:p>
    <w:p w14:paraId="2FEEBC66" w14:textId="77777777" w:rsidR="000F75EE" w:rsidRPr="000F75EE" w:rsidRDefault="000F75EE" w:rsidP="000F75EE">
      <w:pPr>
        <w:rPr>
          <w:lang w:val="en-GB"/>
        </w:rPr>
      </w:pPr>
      <w:proofErr w:type="gramStart"/>
      <w:r w:rsidRPr="000F75EE">
        <w:rPr>
          <w:lang w:val="en-GB"/>
        </w:rPr>
        <w:t>So</w:t>
      </w:r>
      <w:proofErr w:type="gramEnd"/>
      <w:r w:rsidRPr="000F75EE">
        <w:rPr>
          <w:lang w:val="en-GB"/>
        </w:rPr>
        <w:t xml:space="preserve"> my message to the Home Secretary is simple:</w:t>
      </w:r>
    </w:p>
    <w:p w14:paraId="74BE6AD8" w14:textId="77777777" w:rsidR="000F75EE" w:rsidRPr="000F75EE" w:rsidRDefault="000F75EE" w:rsidP="000F75EE">
      <w:pPr>
        <w:rPr>
          <w:lang w:val="en-GB"/>
        </w:rPr>
      </w:pPr>
      <w:r w:rsidRPr="000F75EE">
        <w:rPr>
          <w:lang w:val="en-GB"/>
        </w:rPr>
        <w:t>The status quo is not sustainable.</w:t>
      </w:r>
    </w:p>
    <w:p w14:paraId="574C02E3" w14:textId="759F5420" w:rsidR="000F75EE" w:rsidRPr="000F75EE" w:rsidRDefault="000F75EE" w:rsidP="000F75EE">
      <w:pPr>
        <w:rPr>
          <w:lang w:val="en-GB"/>
        </w:rPr>
      </w:pPr>
      <w:r w:rsidRPr="000F75EE">
        <w:rPr>
          <w:lang w:val="en-GB"/>
        </w:rPr>
        <w:t>Meet with us. Work with us.</w:t>
      </w:r>
    </w:p>
    <w:p w14:paraId="552E631F" w14:textId="77777777" w:rsidR="000F75EE" w:rsidRPr="000F75EE" w:rsidRDefault="000F75EE" w:rsidP="000F75EE">
      <w:pPr>
        <w:rPr>
          <w:lang w:val="en-GB"/>
        </w:rPr>
      </w:pPr>
      <w:r w:rsidRPr="000F75EE">
        <w:rPr>
          <w:lang w:val="en-GB"/>
        </w:rPr>
        <w:t>And that takes me to the wider issue.</w:t>
      </w:r>
    </w:p>
    <w:p w14:paraId="6F9D8CBA" w14:textId="77777777" w:rsidR="000F75EE" w:rsidRPr="000F75EE" w:rsidRDefault="000F75EE" w:rsidP="000F75EE">
      <w:pPr>
        <w:rPr>
          <w:lang w:val="en-GB"/>
        </w:rPr>
      </w:pPr>
      <w:r w:rsidRPr="000F75EE">
        <w:rPr>
          <w:lang w:val="en-GB"/>
        </w:rPr>
        <w:t xml:space="preserve">If we want to attract great people into policing, and keep them, then we </w:t>
      </w:r>
      <w:proofErr w:type="gramStart"/>
      <w:r w:rsidRPr="000F75EE">
        <w:rPr>
          <w:lang w:val="en-GB"/>
        </w:rPr>
        <w:t>have to</w:t>
      </w:r>
      <w:proofErr w:type="gramEnd"/>
      <w:r w:rsidRPr="000F75EE">
        <w:rPr>
          <w:lang w:val="en-GB"/>
        </w:rPr>
        <w:t xml:space="preserve"> start treating policing like a modern workplace.</w:t>
      </w:r>
    </w:p>
    <w:p w14:paraId="0A2CAE10" w14:textId="77777777" w:rsidR="000F75EE" w:rsidRPr="000F75EE" w:rsidRDefault="000F75EE" w:rsidP="000F75EE">
      <w:pPr>
        <w:rPr>
          <w:lang w:val="en-GB"/>
        </w:rPr>
      </w:pPr>
      <w:r w:rsidRPr="000F75EE">
        <w:rPr>
          <w:lang w:val="en-GB"/>
        </w:rPr>
        <w:t>People want a career they can build alongside a life.</w:t>
      </w:r>
    </w:p>
    <w:p w14:paraId="6F1E6444" w14:textId="77777777" w:rsidR="000F75EE" w:rsidRPr="000F75EE" w:rsidRDefault="000F75EE" w:rsidP="000F75EE">
      <w:pPr>
        <w:rPr>
          <w:lang w:val="en-GB"/>
        </w:rPr>
      </w:pPr>
      <w:r w:rsidRPr="000F75EE">
        <w:rPr>
          <w:lang w:val="en-GB"/>
        </w:rPr>
        <w:t>They want to raise a family. Have some control over their working life. Build a career without having to choose between the job they love and the people they love.</w:t>
      </w:r>
    </w:p>
    <w:p w14:paraId="7BF97757" w14:textId="77777777" w:rsidR="000F75EE" w:rsidRPr="000F75EE" w:rsidRDefault="000F75EE" w:rsidP="000F75EE">
      <w:pPr>
        <w:rPr>
          <w:lang w:val="en-GB"/>
        </w:rPr>
      </w:pPr>
      <w:r w:rsidRPr="000F75EE">
        <w:rPr>
          <w:lang w:val="en-GB"/>
        </w:rPr>
        <w:t>And the evidence tells us policing is failing.</w:t>
      </w:r>
    </w:p>
    <w:p w14:paraId="2C644183" w14:textId="77777777" w:rsidR="000F75EE" w:rsidRPr="000F75EE" w:rsidRDefault="000F75EE" w:rsidP="000F75EE">
      <w:pPr>
        <w:rPr>
          <w:lang w:val="en-GB"/>
        </w:rPr>
      </w:pPr>
      <w:r w:rsidRPr="000F75EE">
        <w:rPr>
          <w:lang w:val="en-GB"/>
        </w:rPr>
        <w:t>More than 70% of police officers who are mothers have told us they have had to change roles to keep their home life afloat.</w:t>
      </w:r>
    </w:p>
    <w:p w14:paraId="1D3210A4" w14:textId="77777777" w:rsidR="000F75EE" w:rsidRDefault="000F75EE" w:rsidP="000F75EE">
      <w:pPr>
        <w:rPr>
          <w:lang w:val="en-GB"/>
        </w:rPr>
      </w:pPr>
      <w:r w:rsidRPr="000F75EE">
        <w:rPr>
          <w:lang w:val="en-GB"/>
        </w:rPr>
        <w:t>Think about that.</w:t>
      </w:r>
    </w:p>
    <w:p w14:paraId="73252924" w14:textId="60960819" w:rsidR="002D369C" w:rsidRPr="00CC3FA7" w:rsidRDefault="002D369C" w:rsidP="000F75EE">
      <w:pPr>
        <w:rPr>
          <w:color w:val="auto"/>
          <w:lang w:val="en-GB"/>
        </w:rPr>
      </w:pPr>
      <w:r w:rsidRPr="00CC3FA7">
        <w:rPr>
          <w:color w:val="auto"/>
          <w:lang w:val="en-GB"/>
        </w:rPr>
        <w:t>I know, as a mother that I had to choose certain roles that fitted around my children</w:t>
      </w:r>
      <w:r w:rsidR="001C0254" w:rsidRPr="00CC3FA7">
        <w:rPr>
          <w:color w:val="auto"/>
          <w:lang w:val="en-GB"/>
        </w:rPr>
        <w:t xml:space="preserve"> and home commitments</w:t>
      </w:r>
      <w:r w:rsidRPr="00CC3FA7">
        <w:rPr>
          <w:color w:val="auto"/>
          <w:lang w:val="en-GB"/>
        </w:rPr>
        <w:t>, that</w:t>
      </w:r>
      <w:r w:rsidR="00CC3FA7">
        <w:rPr>
          <w:color w:val="auto"/>
          <w:lang w:val="en-GB"/>
        </w:rPr>
        <w:t xml:space="preserve"> </w:t>
      </w:r>
      <w:r w:rsidRPr="00CC3FA7">
        <w:rPr>
          <w:color w:val="auto"/>
          <w:lang w:val="en-GB"/>
        </w:rPr>
        <w:t xml:space="preserve">might not </w:t>
      </w:r>
      <w:r w:rsidR="001C0254" w:rsidRPr="00CC3FA7">
        <w:rPr>
          <w:color w:val="auto"/>
          <w:lang w:val="en-GB"/>
        </w:rPr>
        <w:t>have been my first choice</w:t>
      </w:r>
      <w:r w:rsidRPr="00CC3FA7">
        <w:rPr>
          <w:color w:val="auto"/>
          <w:lang w:val="en-GB"/>
        </w:rPr>
        <w:t>.</w:t>
      </w:r>
    </w:p>
    <w:p w14:paraId="24B51316" w14:textId="77777777" w:rsidR="000F75EE" w:rsidRPr="000F75EE" w:rsidRDefault="000F75EE" w:rsidP="000F75EE">
      <w:pPr>
        <w:rPr>
          <w:lang w:val="en-GB"/>
        </w:rPr>
      </w:pPr>
      <w:r w:rsidRPr="000F75EE">
        <w:rPr>
          <w:lang w:val="en-GB"/>
        </w:rPr>
        <w:t>People joining the police service with skills, ambition and experience finding that the way we organise policing makes their career and family life incompatible.</w:t>
      </w:r>
    </w:p>
    <w:p w14:paraId="7EE710A8" w14:textId="49B9C372" w:rsidR="000F75EE" w:rsidRPr="000F75EE" w:rsidRDefault="000F75EE" w:rsidP="000F75EE">
      <w:pPr>
        <w:rPr>
          <w:lang w:val="en-GB"/>
        </w:rPr>
      </w:pPr>
      <w:r w:rsidRPr="000F75EE">
        <w:rPr>
          <w:lang w:val="en-GB"/>
        </w:rPr>
        <w:t>That is a workforce issue.</w:t>
      </w:r>
      <w:r>
        <w:rPr>
          <w:lang w:val="en-GB"/>
        </w:rPr>
        <w:t xml:space="preserve"> </w:t>
      </w:r>
      <w:r w:rsidRPr="000F75EE">
        <w:rPr>
          <w:lang w:val="en-GB"/>
        </w:rPr>
        <w:t>It is a retention issue.</w:t>
      </w:r>
      <w:r>
        <w:rPr>
          <w:lang w:val="en-GB"/>
        </w:rPr>
        <w:t xml:space="preserve"> It is a care issue.</w:t>
      </w:r>
    </w:p>
    <w:p w14:paraId="01770422" w14:textId="77777777" w:rsidR="000F75EE" w:rsidRPr="000F75EE" w:rsidRDefault="000F75EE" w:rsidP="000F75EE">
      <w:pPr>
        <w:rPr>
          <w:lang w:val="en-GB"/>
        </w:rPr>
      </w:pPr>
      <w:r w:rsidRPr="000F75EE">
        <w:rPr>
          <w:lang w:val="en-GB"/>
        </w:rPr>
        <w:t>And ultimately, it is a public safety issue.</w:t>
      </w:r>
    </w:p>
    <w:p w14:paraId="4DE62CA5" w14:textId="271135C6" w:rsidR="000F75EE" w:rsidRPr="000F75EE" w:rsidRDefault="000F75EE" w:rsidP="000F75EE">
      <w:pPr>
        <w:rPr>
          <w:lang w:val="en-GB"/>
        </w:rPr>
      </w:pPr>
      <w:r>
        <w:rPr>
          <w:lang w:val="en-GB"/>
        </w:rPr>
        <w:lastRenderedPageBreak/>
        <w:t xml:space="preserve">I do not believe this is the </w:t>
      </w:r>
      <w:proofErr w:type="spellStart"/>
      <w:r>
        <w:rPr>
          <w:lang w:val="en-GB"/>
        </w:rPr>
        <w:t>trade off</w:t>
      </w:r>
      <w:proofErr w:type="spellEnd"/>
      <w:r>
        <w:rPr>
          <w:lang w:val="en-GB"/>
        </w:rPr>
        <w:t xml:space="preserve"> we have to require people make. It must be</w:t>
      </w:r>
      <w:r w:rsidRPr="000F75EE">
        <w:rPr>
          <w:lang w:val="en-GB"/>
        </w:rPr>
        <w:t xml:space="preserve"> possible for talented people to build a career in policing without having to choose between their job and their family.</w:t>
      </w:r>
    </w:p>
    <w:p w14:paraId="124B9ACD" w14:textId="77777777" w:rsidR="000F75EE" w:rsidRPr="000F75EE" w:rsidRDefault="000F75EE" w:rsidP="000F75EE">
      <w:pPr>
        <w:rPr>
          <w:lang w:val="en-GB"/>
        </w:rPr>
      </w:pPr>
      <w:r w:rsidRPr="000F75EE">
        <w:rPr>
          <w:lang w:val="en-GB"/>
        </w:rPr>
        <w:t>Take family leave.</w:t>
      </w:r>
    </w:p>
    <w:p w14:paraId="797E55C7" w14:textId="63719FF9" w:rsidR="000F75EE" w:rsidRPr="000F75EE" w:rsidRDefault="000F75EE" w:rsidP="000F75EE">
      <w:pPr>
        <w:rPr>
          <w:lang w:val="en-GB"/>
        </w:rPr>
      </w:pPr>
      <w:r w:rsidRPr="000F75EE">
        <w:rPr>
          <w:lang w:val="en-GB"/>
        </w:rPr>
        <w:t>The PRRB recommended two weeks' full pay for maternity support leave.</w:t>
      </w:r>
      <w:r w:rsidR="00531853">
        <w:rPr>
          <w:lang w:val="en-GB"/>
        </w:rPr>
        <w:t xml:space="preserve"> </w:t>
      </w:r>
    </w:p>
    <w:p w14:paraId="3B144B09" w14:textId="77777777" w:rsidR="001C0254" w:rsidRDefault="000F75EE" w:rsidP="000F75EE">
      <w:pPr>
        <w:rPr>
          <w:lang w:val="en-GB"/>
        </w:rPr>
      </w:pPr>
      <w:r w:rsidRPr="000F75EE">
        <w:rPr>
          <w:lang w:val="en-GB"/>
        </w:rPr>
        <w:t>Eight forces already provide it.</w:t>
      </w:r>
      <w:r>
        <w:rPr>
          <w:lang w:val="en-GB"/>
        </w:rPr>
        <w:t xml:space="preserve"> </w:t>
      </w:r>
      <w:r w:rsidRPr="000F75EE">
        <w:rPr>
          <w:lang w:val="en-GB"/>
        </w:rPr>
        <w:t xml:space="preserve">But </w:t>
      </w:r>
      <w:r>
        <w:rPr>
          <w:lang w:val="en-GB"/>
        </w:rPr>
        <w:t>dozens of Chiefs have kicked the can down the road or used the excuse that there isn’t the money available.</w:t>
      </w:r>
      <w:r w:rsidR="00531853">
        <w:rPr>
          <w:lang w:val="en-GB"/>
        </w:rPr>
        <w:t xml:space="preserve"> </w:t>
      </w:r>
    </w:p>
    <w:p w14:paraId="5A133212" w14:textId="2D74CD62" w:rsidR="001C0254" w:rsidRDefault="001C0254" w:rsidP="000F75EE">
      <w:pPr>
        <w:rPr>
          <w:lang w:val="en-GB"/>
        </w:rPr>
      </w:pPr>
      <w:r w:rsidRPr="000F75EE">
        <w:rPr>
          <w:lang w:val="en-GB"/>
        </w:rPr>
        <w:t>Basic employment conditions should not depend on your postcode</w:t>
      </w:r>
    </w:p>
    <w:p w14:paraId="43F95DA0" w14:textId="66ED5877" w:rsidR="000F75EE" w:rsidRPr="00CC3FA7" w:rsidRDefault="001C0254" w:rsidP="000F75EE">
      <w:pPr>
        <w:rPr>
          <w:color w:val="auto"/>
          <w:lang w:val="en-GB"/>
        </w:rPr>
      </w:pPr>
      <w:r w:rsidRPr="00CC3FA7">
        <w:rPr>
          <w:color w:val="auto"/>
          <w:lang w:val="en-GB"/>
        </w:rPr>
        <w:t>Despite being recommended formally this year (as the intention last year was ignored), t</w:t>
      </w:r>
      <w:r w:rsidR="00531853" w:rsidRPr="00CC3FA7">
        <w:rPr>
          <w:color w:val="auto"/>
          <w:lang w:val="en-GB"/>
        </w:rPr>
        <w:t>his is still not available for our officers. The process is slow</w:t>
      </w:r>
      <w:r w:rsidRPr="00CC3FA7">
        <w:rPr>
          <w:color w:val="auto"/>
          <w:lang w:val="en-GB"/>
        </w:rPr>
        <w:t xml:space="preserve"> and still requires Ministerial signoff and Home Office consultation before it is implemented. The Police Federation have been very clear of day one rights and full pay for Family leave and pay, but that is not what the Minister has said in this case. There is still a qualifying period to receive the two weeks. We have also stated the PRRB recommendations should be backdated to 1</w:t>
      </w:r>
      <w:r w:rsidRPr="00CC3FA7">
        <w:rPr>
          <w:color w:val="auto"/>
          <w:vertAlign w:val="superscript"/>
          <w:lang w:val="en-GB"/>
        </w:rPr>
        <w:t>st</w:t>
      </w:r>
      <w:r w:rsidRPr="00CC3FA7">
        <w:rPr>
          <w:color w:val="auto"/>
          <w:lang w:val="en-GB"/>
        </w:rPr>
        <w:t xml:space="preserve"> September as the PRRB said they should commence then. This is also not agreed.</w:t>
      </w:r>
    </w:p>
    <w:p w14:paraId="4AD5FBB6" w14:textId="02957869" w:rsidR="000F75EE" w:rsidRPr="00A914FD" w:rsidRDefault="000F75EE" w:rsidP="000F75EE">
      <w:pPr>
        <w:rPr>
          <w:strike/>
          <w:lang w:val="en-GB"/>
        </w:rPr>
      </w:pPr>
      <w:r w:rsidRPr="000F75EE">
        <w:rPr>
          <w:lang w:val="en-GB"/>
        </w:rPr>
        <w:t>And it is not just family leave.</w:t>
      </w:r>
      <w:r>
        <w:rPr>
          <w:lang w:val="en-GB"/>
        </w:rPr>
        <w:t xml:space="preserve"> </w:t>
      </w:r>
      <w:r w:rsidRPr="000F75EE">
        <w:rPr>
          <w:lang w:val="en-GB"/>
        </w:rPr>
        <w:t>Some of our conduct regulations are</w:t>
      </w:r>
      <w:r w:rsidR="001C0254">
        <w:rPr>
          <w:lang w:val="en-GB"/>
        </w:rPr>
        <w:t xml:space="preserve"> </w:t>
      </w:r>
      <w:r w:rsidR="001C0254" w:rsidRPr="00CC3FA7">
        <w:rPr>
          <w:color w:val="auto"/>
          <w:lang w:val="en-GB"/>
        </w:rPr>
        <w:t>not fit for purpose</w:t>
      </w:r>
      <w:r w:rsidRPr="00CC3FA7">
        <w:rPr>
          <w:color w:val="auto"/>
          <w:lang w:val="en-GB"/>
        </w:rPr>
        <w:t xml:space="preserve"> </w:t>
      </w:r>
    </w:p>
    <w:p w14:paraId="0E265900" w14:textId="77777777" w:rsidR="000F75EE" w:rsidRPr="000F75EE" w:rsidRDefault="000F75EE" w:rsidP="000F75EE">
      <w:pPr>
        <w:rPr>
          <w:lang w:val="en-GB"/>
        </w:rPr>
      </w:pPr>
      <w:r w:rsidRPr="000F75EE">
        <w:rPr>
          <w:lang w:val="en-GB"/>
        </w:rPr>
        <w:t>They were written for a different workforce and a different era.</w:t>
      </w:r>
    </w:p>
    <w:p w14:paraId="70310D58" w14:textId="77777777" w:rsidR="000F75EE" w:rsidRPr="000F75EE" w:rsidRDefault="000F75EE" w:rsidP="000F75EE">
      <w:pPr>
        <w:rPr>
          <w:lang w:val="en-GB"/>
        </w:rPr>
      </w:pPr>
      <w:r w:rsidRPr="000F75EE">
        <w:rPr>
          <w:lang w:val="en-GB"/>
        </w:rPr>
        <w:t>Officers need to be accountable. Of course they do.</w:t>
      </w:r>
    </w:p>
    <w:p w14:paraId="24D9D997" w14:textId="77777777" w:rsidR="000F75EE" w:rsidRPr="000F75EE" w:rsidRDefault="000F75EE" w:rsidP="000F75EE">
      <w:pPr>
        <w:rPr>
          <w:lang w:val="en-GB"/>
        </w:rPr>
      </w:pPr>
      <w:r w:rsidRPr="000F75EE">
        <w:rPr>
          <w:lang w:val="en-GB"/>
        </w:rPr>
        <w:t>The public rightly expects high standards from people who hold the powers of a constable.</w:t>
      </w:r>
    </w:p>
    <w:p w14:paraId="547D29A1" w14:textId="77777777" w:rsidR="000F75EE" w:rsidRPr="000F75EE" w:rsidRDefault="000F75EE" w:rsidP="000F75EE">
      <w:pPr>
        <w:rPr>
          <w:lang w:val="en-GB"/>
        </w:rPr>
      </w:pPr>
      <w:r w:rsidRPr="000F75EE">
        <w:rPr>
          <w:lang w:val="en-GB"/>
        </w:rPr>
        <w:t xml:space="preserve">But accountability </w:t>
      </w:r>
      <w:proofErr w:type="gramStart"/>
      <w:r w:rsidRPr="000F75EE">
        <w:rPr>
          <w:lang w:val="en-GB"/>
        </w:rPr>
        <w:t>has to</w:t>
      </w:r>
      <w:proofErr w:type="gramEnd"/>
      <w:r w:rsidRPr="000F75EE">
        <w:rPr>
          <w:lang w:val="en-GB"/>
        </w:rPr>
        <w:t xml:space="preserve"> sit alongside fairness, proportionality and common sense.</w:t>
      </w:r>
    </w:p>
    <w:p w14:paraId="60B2F308" w14:textId="77777777" w:rsidR="000F75EE" w:rsidRPr="000F75EE" w:rsidRDefault="000F75EE" w:rsidP="000F75EE">
      <w:pPr>
        <w:rPr>
          <w:lang w:val="en-GB"/>
        </w:rPr>
      </w:pPr>
      <w:r w:rsidRPr="000F75EE">
        <w:rPr>
          <w:lang w:val="en-GB"/>
        </w:rPr>
        <w:t>We need a modern conduct framework that recognises modern policing and modern working life.</w:t>
      </w:r>
    </w:p>
    <w:p w14:paraId="4C22692D" w14:textId="77777777" w:rsidR="000F75EE" w:rsidRDefault="000F75EE" w:rsidP="000F75EE">
      <w:pPr>
        <w:rPr>
          <w:lang w:val="en-GB"/>
        </w:rPr>
      </w:pPr>
      <w:r w:rsidRPr="000F75EE">
        <w:rPr>
          <w:lang w:val="en-GB"/>
        </w:rPr>
        <w:t>One that distinguishes between deliberate wrongdoing and human error.</w:t>
      </w:r>
    </w:p>
    <w:p w14:paraId="3980812C" w14:textId="377FA590" w:rsidR="001C0254" w:rsidRPr="00CC3FA7" w:rsidRDefault="001C0254" w:rsidP="000F75EE">
      <w:pPr>
        <w:rPr>
          <w:color w:val="auto"/>
          <w:lang w:val="en-GB"/>
        </w:rPr>
      </w:pPr>
      <w:r w:rsidRPr="00CC3FA7">
        <w:rPr>
          <w:color w:val="auto"/>
          <w:lang w:val="en-GB"/>
        </w:rPr>
        <w:t>The 2020 Regulations were meant to address this, but that did not transfer in practice.</w:t>
      </w:r>
      <w:r w:rsidR="003400C8" w:rsidRPr="00CC3FA7">
        <w:rPr>
          <w:color w:val="auto"/>
          <w:lang w:val="en-GB"/>
        </w:rPr>
        <w:t xml:space="preserve"> There is still very much a punitive system, not one that allows for learning. </w:t>
      </w:r>
    </w:p>
    <w:p w14:paraId="5F29B312" w14:textId="5AF6BB1A" w:rsidR="000F75EE" w:rsidRPr="000F75EE" w:rsidRDefault="003400C8" w:rsidP="000F75EE">
      <w:pPr>
        <w:rPr>
          <w:lang w:val="en-GB"/>
        </w:rPr>
      </w:pPr>
      <w:r w:rsidRPr="00CC3FA7">
        <w:rPr>
          <w:color w:val="auto"/>
          <w:lang w:val="en-GB"/>
        </w:rPr>
        <w:t>We need o</w:t>
      </w:r>
      <w:r w:rsidR="000F75EE" w:rsidRPr="00CC3FA7">
        <w:rPr>
          <w:color w:val="auto"/>
          <w:lang w:val="en-GB"/>
        </w:rPr>
        <w:t>n</w:t>
      </w:r>
      <w:r w:rsidR="000F75EE" w:rsidRPr="000F75EE">
        <w:rPr>
          <w:lang w:val="en-GB"/>
        </w:rPr>
        <w:t xml:space="preserve">e that allows officers to exercise professional judgement without making them frightened to </w:t>
      </w:r>
      <w:proofErr w:type="gramStart"/>
      <w:r w:rsidR="000F75EE" w:rsidRPr="000F75EE">
        <w:rPr>
          <w:lang w:val="en-GB"/>
        </w:rPr>
        <w:t>make a decision</w:t>
      </w:r>
      <w:proofErr w:type="gramEnd"/>
      <w:r w:rsidR="000F75EE" w:rsidRPr="000F75EE">
        <w:rPr>
          <w:lang w:val="en-GB"/>
        </w:rPr>
        <w:t>.</w:t>
      </w:r>
    </w:p>
    <w:p w14:paraId="5DC79D91" w14:textId="77777777" w:rsidR="000F75EE" w:rsidRPr="000F75EE" w:rsidRDefault="000F75EE" w:rsidP="000F75EE">
      <w:pPr>
        <w:rPr>
          <w:lang w:val="en-GB"/>
        </w:rPr>
      </w:pPr>
      <w:r w:rsidRPr="000F75EE">
        <w:rPr>
          <w:lang w:val="en-GB"/>
        </w:rPr>
        <w:t>And one that supports good people to stay in policing rather than driving them out.</w:t>
      </w:r>
    </w:p>
    <w:p w14:paraId="4DF4B052" w14:textId="77777777" w:rsidR="000F75EE" w:rsidRPr="000F75EE" w:rsidRDefault="000F75EE" w:rsidP="000F75EE">
      <w:pPr>
        <w:rPr>
          <w:lang w:val="en-GB"/>
        </w:rPr>
      </w:pPr>
      <w:r w:rsidRPr="000F75EE">
        <w:rPr>
          <w:lang w:val="en-GB"/>
        </w:rPr>
        <w:t>Because we cannot say we want to attract and retain great people while continuing to operate terms and conditions that are exploitative.</w:t>
      </w:r>
    </w:p>
    <w:p w14:paraId="3F1D222A" w14:textId="77777777" w:rsidR="000F75EE" w:rsidRPr="000F75EE" w:rsidRDefault="000F75EE" w:rsidP="000F75EE">
      <w:pPr>
        <w:rPr>
          <w:lang w:val="en-GB"/>
        </w:rPr>
      </w:pPr>
      <w:r w:rsidRPr="000F75EE">
        <w:rPr>
          <w:lang w:val="en-GB"/>
        </w:rPr>
        <w:lastRenderedPageBreak/>
        <w:t>The two things simply don't fit together.</w:t>
      </w:r>
    </w:p>
    <w:p w14:paraId="36A21213" w14:textId="77777777" w:rsidR="000F75EE" w:rsidRPr="000F75EE" w:rsidRDefault="000F75EE" w:rsidP="000F75EE">
      <w:pPr>
        <w:rPr>
          <w:lang w:val="en-GB"/>
        </w:rPr>
      </w:pPr>
      <w:r w:rsidRPr="000F75EE">
        <w:rPr>
          <w:lang w:val="en-GB"/>
        </w:rPr>
        <w:t>Our evidence to the end-to-end review of the accountability regime will be uncompromising.</w:t>
      </w:r>
    </w:p>
    <w:p w14:paraId="029C2D16" w14:textId="1C0B08D5" w:rsidR="000F75EE" w:rsidRPr="000F75EE" w:rsidRDefault="000F75EE" w:rsidP="000F75EE">
      <w:pPr>
        <w:rPr>
          <w:lang w:val="en-GB"/>
        </w:rPr>
      </w:pPr>
      <w:r w:rsidRPr="000F75EE">
        <w:rPr>
          <w:lang w:val="en-GB"/>
        </w:rPr>
        <w:t>For too long, officers have been left under investigation for months and</w:t>
      </w:r>
      <w:r w:rsidR="00531853">
        <w:rPr>
          <w:lang w:val="en-GB"/>
        </w:rPr>
        <w:t xml:space="preserve"> </w:t>
      </w:r>
      <w:r w:rsidR="00531853" w:rsidRPr="00E05430">
        <w:rPr>
          <w:color w:val="auto"/>
          <w:lang w:val="en-GB"/>
        </w:rPr>
        <w:t xml:space="preserve">often </w:t>
      </w:r>
      <w:r w:rsidRPr="000F75EE">
        <w:rPr>
          <w:lang w:val="en-GB"/>
        </w:rPr>
        <w:t>years.</w:t>
      </w:r>
    </w:p>
    <w:p w14:paraId="39FB77F0" w14:textId="495DFF7D" w:rsidR="000F75EE" w:rsidRPr="000F75EE" w:rsidRDefault="000F75EE" w:rsidP="000F75EE">
      <w:pPr>
        <w:rPr>
          <w:lang w:val="en-GB"/>
        </w:rPr>
      </w:pPr>
      <w:r w:rsidRPr="000F75EE">
        <w:rPr>
          <w:lang w:val="en-GB"/>
        </w:rPr>
        <w:t>Careers in limbo</w:t>
      </w:r>
      <w:r>
        <w:rPr>
          <w:lang w:val="en-GB"/>
        </w:rPr>
        <w:t>, f</w:t>
      </w:r>
      <w:r w:rsidRPr="000F75EE">
        <w:rPr>
          <w:lang w:val="en-GB"/>
        </w:rPr>
        <w:t>amilies under pressure</w:t>
      </w:r>
      <w:r>
        <w:rPr>
          <w:lang w:val="en-GB"/>
        </w:rPr>
        <w:t>, l</w:t>
      </w:r>
      <w:r w:rsidRPr="000F75EE">
        <w:rPr>
          <w:lang w:val="en-GB"/>
        </w:rPr>
        <w:t>ives on hold.</w:t>
      </w:r>
    </w:p>
    <w:p w14:paraId="7F34FBFD" w14:textId="77777777" w:rsidR="000F75EE" w:rsidRPr="000F75EE" w:rsidRDefault="000F75EE" w:rsidP="000F75EE">
      <w:pPr>
        <w:rPr>
          <w:lang w:val="en-GB"/>
        </w:rPr>
      </w:pPr>
      <w:r w:rsidRPr="000F75EE">
        <w:rPr>
          <w:lang w:val="en-GB"/>
        </w:rPr>
        <w:t>And tragically, we have seen the devastating consequences of prolonged investigations, including officers losing their lives while cases remained unresolved.</w:t>
      </w:r>
    </w:p>
    <w:p w14:paraId="4DB8A4C4" w14:textId="49C88326" w:rsidR="000F75EE" w:rsidRPr="000F75EE" w:rsidRDefault="000F75EE" w:rsidP="000F75EE">
      <w:pPr>
        <w:rPr>
          <w:lang w:val="en-GB"/>
        </w:rPr>
      </w:pPr>
      <w:r w:rsidRPr="000F75EE">
        <w:rPr>
          <w:lang w:val="en-GB"/>
        </w:rPr>
        <w:t>That cannot be right.</w:t>
      </w:r>
      <w:r>
        <w:rPr>
          <w:lang w:val="en-GB"/>
        </w:rPr>
        <w:t xml:space="preserve"> </w:t>
      </w:r>
      <w:proofErr w:type="gramStart"/>
      <w:r>
        <w:rPr>
          <w:lang w:val="en-GB"/>
        </w:rPr>
        <w:t>So</w:t>
      </w:r>
      <w:proofErr w:type="gramEnd"/>
      <w:r>
        <w:rPr>
          <w:lang w:val="en-GB"/>
        </w:rPr>
        <w:t xml:space="preserve"> w</w:t>
      </w:r>
      <w:r w:rsidRPr="000F75EE">
        <w:rPr>
          <w:lang w:val="en-GB"/>
        </w:rPr>
        <w:t>e will tell the review that it must look at time limits on investigations</w:t>
      </w:r>
      <w:r>
        <w:rPr>
          <w:lang w:val="en-GB"/>
        </w:rPr>
        <w:t xml:space="preserve">. And that it must </w:t>
      </w:r>
      <w:r w:rsidRPr="000F75EE">
        <w:rPr>
          <w:lang w:val="en-GB"/>
        </w:rPr>
        <w:t>review the threshold for referring cases to misconduct proceedings.</w:t>
      </w:r>
    </w:p>
    <w:p w14:paraId="04934D83" w14:textId="5FCA396B" w:rsidR="000F75EE" w:rsidRPr="000F75EE" w:rsidRDefault="000F75EE" w:rsidP="000F75EE">
      <w:pPr>
        <w:rPr>
          <w:lang w:val="en-GB"/>
        </w:rPr>
      </w:pPr>
      <w:r w:rsidRPr="000F75EE">
        <w:rPr>
          <w:lang w:val="en-GB"/>
        </w:rPr>
        <w:t>Too many officers are being put through hearings where there is little realistic prospect of misconduct being proven</w:t>
      </w:r>
      <w:r>
        <w:rPr>
          <w:lang w:val="en-GB"/>
        </w:rPr>
        <w:t xml:space="preserve">. </w:t>
      </w:r>
      <w:r w:rsidRPr="000F75EE">
        <w:rPr>
          <w:lang w:val="en-GB"/>
        </w:rPr>
        <w:t>That is not fair to officers.</w:t>
      </w:r>
      <w:r>
        <w:rPr>
          <w:lang w:val="en-GB"/>
        </w:rPr>
        <w:t xml:space="preserve"> </w:t>
      </w:r>
      <w:r w:rsidRPr="000F75EE">
        <w:rPr>
          <w:lang w:val="en-GB"/>
        </w:rPr>
        <w:t>It is not fair to victims.</w:t>
      </w:r>
    </w:p>
    <w:p w14:paraId="221143E1" w14:textId="77777777" w:rsidR="000F75EE" w:rsidRPr="000F75EE" w:rsidRDefault="000F75EE" w:rsidP="000F75EE">
      <w:pPr>
        <w:rPr>
          <w:lang w:val="en-GB"/>
        </w:rPr>
      </w:pPr>
      <w:r w:rsidRPr="000F75EE">
        <w:rPr>
          <w:lang w:val="en-GB"/>
        </w:rPr>
        <w:t>And it is not good enough for a system already under pressure.</w:t>
      </w:r>
    </w:p>
    <w:p w14:paraId="0B65C571" w14:textId="77777777" w:rsidR="000F75EE" w:rsidRPr="000F75EE" w:rsidRDefault="000F75EE" w:rsidP="000F75EE">
      <w:pPr>
        <w:rPr>
          <w:lang w:val="en-GB"/>
        </w:rPr>
      </w:pPr>
      <w:r w:rsidRPr="000F75EE">
        <w:rPr>
          <w:lang w:val="en-GB"/>
        </w:rPr>
        <w:t>Officers should absolutely be held accountable when they commit misconduct.</w:t>
      </w:r>
    </w:p>
    <w:p w14:paraId="5A542417" w14:textId="77777777" w:rsidR="000F75EE" w:rsidRPr="000F75EE" w:rsidRDefault="000F75EE" w:rsidP="000F75EE">
      <w:pPr>
        <w:rPr>
          <w:lang w:val="en-GB"/>
        </w:rPr>
      </w:pPr>
      <w:r w:rsidRPr="000F75EE">
        <w:rPr>
          <w:lang w:val="en-GB"/>
        </w:rPr>
        <w:t>But accountability must be fair, timely and proportionate.</w:t>
      </w:r>
    </w:p>
    <w:p w14:paraId="68F96E5B" w14:textId="77777777" w:rsidR="000F75EE" w:rsidRPr="000F75EE" w:rsidRDefault="000F75EE" w:rsidP="000F75EE">
      <w:pPr>
        <w:rPr>
          <w:lang w:val="en-GB"/>
        </w:rPr>
      </w:pPr>
      <w:r w:rsidRPr="000F75EE">
        <w:rPr>
          <w:lang w:val="en-GB"/>
        </w:rPr>
        <w:t>And if we demand that of others, we must expect it too.</w:t>
      </w:r>
    </w:p>
    <w:p w14:paraId="440B7765" w14:textId="77777777" w:rsidR="000F75EE" w:rsidRPr="000F75EE" w:rsidRDefault="000F75EE" w:rsidP="000F75EE">
      <w:pPr>
        <w:rPr>
          <w:lang w:val="en-GB"/>
        </w:rPr>
      </w:pPr>
      <w:r w:rsidRPr="000F75EE">
        <w:rPr>
          <w:lang w:val="en-GB"/>
        </w:rPr>
        <w:t>Because police officers can be victims too.</w:t>
      </w:r>
    </w:p>
    <w:p w14:paraId="06F02B79" w14:textId="77777777" w:rsidR="000F75EE" w:rsidRPr="000F75EE" w:rsidRDefault="000F75EE" w:rsidP="000F75EE">
      <w:pPr>
        <w:rPr>
          <w:lang w:val="en-GB"/>
        </w:rPr>
      </w:pPr>
      <w:r w:rsidRPr="000F75EE">
        <w:rPr>
          <w:lang w:val="en-GB"/>
        </w:rPr>
        <w:t>For too long there have been concerns from officers who feel unable to challenge wrongdoing or report colleagues with confidence.</w:t>
      </w:r>
    </w:p>
    <w:p w14:paraId="46C062E6" w14:textId="77777777" w:rsidR="000F75EE" w:rsidRPr="000F75EE" w:rsidRDefault="000F75EE" w:rsidP="000F75EE">
      <w:pPr>
        <w:rPr>
          <w:lang w:val="en-GB"/>
        </w:rPr>
      </w:pPr>
      <w:r w:rsidRPr="000F75EE">
        <w:rPr>
          <w:lang w:val="en-GB"/>
        </w:rPr>
        <w:t xml:space="preserve">That </w:t>
      </w:r>
      <w:proofErr w:type="gramStart"/>
      <w:r w:rsidRPr="000F75EE">
        <w:rPr>
          <w:lang w:val="en-GB"/>
        </w:rPr>
        <w:t>has to</w:t>
      </w:r>
      <w:proofErr w:type="gramEnd"/>
      <w:r w:rsidRPr="000F75EE">
        <w:rPr>
          <w:lang w:val="en-GB"/>
        </w:rPr>
        <w:t xml:space="preserve"> change.</w:t>
      </w:r>
    </w:p>
    <w:p w14:paraId="5D9EF642" w14:textId="77777777" w:rsidR="000F75EE" w:rsidRPr="000F75EE" w:rsidRDefault="000F75EE" w:rsidP="000F75EE">
      <w:pPr>
        <w:rPr>
          <w:lang w:val="en-GB"/>
        </w:rPr>
      </w:pPr>
      <w:r w:rsidRPr="000F75EE">
        <w:rPr>
          <w:lang w:val="en-GB"/>
        </w:rPr>
        <w:t>Whether it is domestic abuse, violence against women and girls, or other serious misconduct, officers must have confidence that they will be heard and treated fairly.</w:t>
      </w:r>
    </w:p>
    <w:p w14:paraId="365A209D" w14:textId="77777777" w:rsidR="000F75EE" w:rsidRPr="000F75EE" w:rsidRDefault="000F75EE" w:rsidP="000F75EE">
      <w:pPr>
        <w:rPr>
          <w:lang w:val="en-GB"/>
        </w:rPr>
      </w:pPr>
      <w:r w:rsidRPr="000F75EE">
        <w:rPr>
          <w:lang w:val="en-GB"/>
        </w:rPr>
        <w:t>Being a police officer should never mean losing your right to justice.</w:t>
      </w:r>
    </w:p>
    <w:p w14:paraId="3AA1EA52" w14:textId="77777777" w:rsidR="000F75EE" w:rsidRDefault="000F75EE" w:rsidP="000F75EE">
      <w:pPr>
        <w:rPr>
          <w:lang w:val="en-GB"/>
        </w:rPr>
      </w:pPr>
      <w:r w:rsidRPr="000F75EE">
        <w:rPr>
          <w:lang w:val="en-GB"/>
        </w:rPr>
        <w:t>And this is an issue where your Federation is fighting and winning.</w:t>
      </w:r>
    </w:p>
    <w:p w14:paraId="4797EC95" w14:textId="4F7B3F80" w:rsidR="000F75EE" w:rsidRPr="00953380" w:rsidRDefault="00CC3FA7" w:rsidP="000F75EE">
      <w:pPr>
        <w:rPr>
          <w:color w:val="auto"/>
          <w:lang w:val="en-GB"/>
        </w:rPr>
      </w:pPr>
      <w:r w:rsidRPr="00953380">
        <w:rPr>
          <w:color w:val="auto"/>
          <w:lang w:val="en-GB"/>
        </w:rPr>
        <w:t>W</w:t>
      </w:r>
      <w:r w:rsidR="003400C8" w:rsidRPr="00953380">
        <w:rPr>
          <w:color w:val="auto"/>
          <w:lang w:val="en-GB"/>
        </w:rPr>
        <w:t xml:space="preserve">e are there for </w:t>
      </w:r>
      <w:proofErr w:type="gramStart"/>
      <w:r w:rsidR="003400C8" w:rsidRPr="00953380">
        <w:rPr>
          <w:color w:val="auto"/>
          <w:lang w:val="en-GB"/>
        </w:rPr>
        <w:t>all of</w:t>
      </w:r>
      <w:proofErr w:type="gramEnd"/>
      <w:r w:rsidR="003400C8" w:rsidRPr="00953380">
        <w:rPr>
          <w:color w:val="auto"/>
          <w:lang w:val="en-GB"/>
        </w:rPr>
        <w:t xml:space="preserve"> our members, </w:t>
      </w:r>
      <w:r w:rsidR="00953380" w:rsidRPr="00953380">
        <w:rPr>
          <w:color w:val="auto"/>
          <w:lang w:val="en-GB"/>
        </w:rPr>
        <w:t xml:space="preserve">but </w:t>
      </w:r>
      <w:r w:rsidR="003400C8" w:rsidRPr="00953380">
        <w:rPr>
          <w:color w:val="auto"/>
          <w:lang w:val="en-GB"/>
        </w:rPr>
        <w:t xml:space="preserve">for too long we have been seen to support only the perpetrator, </w:t>
      </w:r>
      <w:r w:rsidR="000F75EE" w:rsidRPr="00953380">
        <w:rPr>
          <w:color w:val="auto"/>
          <w:lang w:val="en-GB"/>
        </w:rPr>
        <w:t>Our WAVES programme will shift the dial o</w:t>
      </w:r>
      <w:r w:rsidR="00953380">
        <w:rPr>
          <w:color w:val="auto"/>
          <w:lang w:val="en-GB"/>
        </w:rPr>
        <w:t>n</w:t>
      </w:r>
      <w:r w:rsidR="000F75EE" w:rsidRPr="00953380">
        <w:rPr>
          <w:color w:val="auto"/>
          <w:lang w:val="en-GB"/>
        </w:rPr>
        <w:t xml:space="preserve"> </w:t>
      </w:r>
      <w:proofErr w:type="gramStart"/>
      <w:r w:rsidR="000F75EE" w:rsidRPr="00953380">
        <w:rPr>
          <w:color w:val="auto"/>
          <w:lang w:val="en-GB"/>
        </w:rPr>
        <w:t>blue on blue</w:t>
      </w:r>
      <w:proofErr w:type="gramEnd"/>
      <w:r w:rsidR="000F75EE" w:rsidRPr="00953380">
        <w:rPr>
          <w:color w:val="auto"/>
          <w:lang w:val="en-GB"/>
        </w:rPr>
        <w:t xml:space="preserve"> crime and misconduct.</w:t>
      </w:r>
      <w:r w:rsidR="003400C8" w:rsidRPr="00953380">
        <w:rPr>
          <w:color w:val="auto"/>
          <w:lang w:val="en-GB"/>
        </w:rPr>
        <w:t xml:space="preserve"> We are there for victims and witnesses too.</w:t>
      </w:r>
      <w:r w:rsidR="00F8394E" w:rsidRPr="00953380">
        <w:rPr>
          <w:color w:val="auto"/>
          <w:lang w:val="en-GB"/>
        </w:rPr>
        <w:t xml:space="preserve"> You will hear later </w:t>
      </w:r>
      <w:r w:rsidR="00313237" w:rsidRPr="00953380">
        <w:rPr>
          <w:color w:val="auto"/>
          <w:lang w:val="en-GB"/>
        </w:rPr>
        <w:t xml:space="preserve">of </w:t>
      </w:r>
      <w:r w:rsidR="00F8394E" w:rsidRPr="00953380">
        <w:rPr>
          <w:color w:val="auto"/>
          <w:lang w:val="en-GB"/>
        </w:rPr>
        <w:t>more details on the WAVES programme</w:t>
      </w:r>
      <w:r w:rsidR="002237C9" w:rsidRPr="00953380">
        <w:rPr>
          <w:color w:val="auto"/>
          <w:lang w:val="en-GB"/>
        </w:rPr>
        <w:t xml:space="preserve"> and the fantastic work our reps are doing </w:t>
      </w:r>
      <w:r w:rsidR="00AB38A7" w:rsidRPr="00953380">
        <w:rPr>
          <w:color w:val="auto"/>
          <w:lang w:val="en-GB"/>
        </w:rPr>
        <w:t>for our members who are victims and witnesses.</w:t>
      </w:r>
    </w:p>
    <w:p w14:paraId="53C5409A" w14:textId="2C1DCC86" w:rsidR="000F75EE" w:rsidRPr="000F75EE" w:rsidRDefault="000F75EE" w:rsidP="000F75EE">
      <w:pPr>
        <w:rPr>
          <w:lang w:val="en-GB"/>
        </w:rPr>
      </w:pPr>
      <w:r>
        <w:rPr>
          <w:lang w:val="en-GB"/>
        </w:rPr>
        <w:t xml:space="preserve">And we have won a change </w:t>
      </w:r>
      <w:r w:rsidR="007456AE" w:rsidRPr="00497FF4">
        <w:rPr>
          <w:color w:val="auto"/>
          <w:lang w:val="en-GB"/>
        </w:rPr>
        <w:t xml:space="preserve">that’s coming </w:t>
      </w:r>
      <w:r w:rsidRPr="00497FF4">
        <w:rPr>
          <w:color w:val="auto"/>
          <w:lang w:val="en-GB"/>
        </w:rPr>
        <w:t>to better support victims</w:t>
      </w:r>
      <w:r w:rsidR="003400C8" w:rsidRPr="00497FF4">
        <w:rPr>
          <w:color w:val="auto"/>
          <w:lang w:val="en-GB"/>
        </w:rPr>
        <w:t xml:space="preserve"> in law</w:t>
      </w:r>
      <w:r w:rsidRPr="00497FF4">
        <w:rPr>
          <w:color w:val="auto"/>
          <w:lang w:val="en-GB"/>
        </w:rPr>
        <w:t xml:space="preserve"> </w:t>
      </w:r>
      <w:r>
        <w:rPr>
          <w:lang w:val="en-GB"/>
        </w:rPr>
        <w:t>too.</w:t>
      </w:r>
    </w:p>
    <w:p w14:paraId="70A729F9" w14:textId="3965A17B" w:rsidR="000F75EE" w:rsidRPr="000F75EE" w:rsidRDefault="000F75EE" w:rsidP="000F75EE">
      <w:pPr>
        <w:rPr>
          <w:lang w:val="en-GB"/>
        </w:rPr>
      </w:pPr>
      <w:r w:rsidRPr="000F75EE">
        <w:rPr>
          <w:lang w:val="en-GB"/>
        </w:rPr>
        <w:lastRenderedPageBreak/>
        <w:t xml:space="preserve">For too long, police officers have been prevented from making complaints </w:t>
      </w:r>
      <w:r w:rsidR="003400C8" w:rsidRPr="00497FF4">
        <w:rPr>
          <w:color w:val="auto"/>
          <w:lang w:val="en-GB"/>
        </w:rPr>
        <w:t>when they are victims of crime</w:t>
      </w:r>
      <w:r w:rsidR="00F32E22">
        <w:rPr>
          <w:color w:val="auto"/>
          <w:lang w:val="en-GB"/>
        </w:rPr>
        <w:t xml:space="preserve">, </w:t>
      </w:r>
      <w:r w:rsidR="003400C8" w:rsidRPr="00497FF4">
        <w:rPr>
          <w:color w:val="auto"/>
          <w:lang w:val="en-GB"/>
        </w:rPr>
        <w:t>just because they are an officer</w:t>
      </w:r>
      <w:r w:rsidRPr="000F75EE">
        <w:rPr>
          <w:lang w:val="en-GB"/>
        </w:rPr>
        <w:t xml:space="preserve"> under the same Chief Constable.</w:t>
      </w:r>
    </w:p>
    <w:p w14:paraId="63EBF2F1" w14:textId="1FD090CE" w:rsidR="000F75EE" w:rsidRPr="000F75EE" w:rsidRDefault="000F75EE" w:rsidP="000F75EE">
      <w:pPr>
        <w:rPr>
          <w:lang w:val="en-GB"/>
        </w:rPr>
      </w:pPr>
      <w:r w:rsidRPr="000F75EE">
        <w:rPr>
          <w:lang w:val="en-GB"/>
        </w:rPr>
        <w:t xml:space="preserve">That has included cases where </w:t>
      </w:r>
      <w:r w:rsidR="0051061E" w:rsidRPr="00497FF4">
        <w:rPr>
          <w:color w:val="auto"/>
          <w:lang w:val="en-GB"/>
        </w:rPr>
        <w:t>officers</w:t>
      </w:r>
      <w:r w:rsidR="007456AE">
        <w:rPr>
          <w:color w:val="EE0000"/>
          <w:lang w:val="en-GB"/>
        </w:rPr>
        <w:t xml:space="preserve"> </w:t>
      </w:r>
      <w:r w:rsidRPr="000F75EE">
        <w:rPr>
          <w:lang w:val="en-GB"/>
        </w:rPr>
        <w:t>were legally unable to complain about</w:t>
      </w:r>
      <w:r w:rsidR="003400C8">
        <w:rPr>
          <w:color w:val="EE0000"/>
          <w:lang w:val="en-GB"/>
        </w:rPr>
        <w:t xml:space="preserve"> </w:t>
      </w:r>
      <w:r w:rsidR="003400C8" w:rsidRPr="00497FF4">
        <w:rPr>
          <w:color w:val="auto"/>
          <w:lang w:val="en-GB"/>
        </w:rPr>
        <w:t>an investigation about</w:t>
      </w:r>
      <w:r w:rsidRPr="00497FF4">
        <w:rPr>
          <w:color w:val="auto"/>
          <w:lang w:val="en-GB"/>
        </w:rPr>
        <w:t xml:space="preserve"> </w:t>
      </w:r>
      <w:r w:rsidRPr="000F75EE">
        <w:rPr>
          <w:lang w:val="en-GB"/>
        </w:rPr>
        <w:t>a partner or spouse.</w:t>
      </w:r>
      <w:r>
        <w:rPr>
          <w:lang w:val="en-GB"/>
        </w:rPr>
        <w:t xml:space="preserve"> </w:t>
      </w:r>
      <w:r w:rsidRPr="000F75EE">
        <w:rPr>
          <w:lang w:val="en-GB"/>
        </w:rPr>
        <w:t>We have been relentless in raising this with the Home Office and police leadership.</w:t>
      </w:r>
    </w:p>
    <w:p w14:paraId="6DD3EB81" w14:textId="77777777" w:rsidR="000F75EE" w:rsidRPr="000F75EE" w:rsidRDefault="000F75EE" w:rsidP="000F75EE">
      <w:pPr>
        <w:rPr>
          <w:lang w:val="en-GB"/>
        </w:rPr>
      </w:pPr>
      <w:r w:rsidRPr="000F75EE">
        <w:rPr>
          <w:lang w:val="en-GB"/>
        </w:rPr>
        <w:t>And that work has resulted in the Home Office agreeing to amend Section 29 of the Police Reform Act to allow officers to make complaints in these circumstances, with specific offences covered.</w:t>
      </w:r>
    </w:p>
    <w:p w14:paraId="75FE998A" w14:textId="4252C33F" w:rsidR="000F75EE" w:rsidRPr="00497FF4" w:rsidRDefault="000F75EE" w:rsidP="000F75EE">
      <w:pPr>
        <w:rPr>
          <w:color w:val="auto"/>
          <w:lang w:val="en-GB"/>
        </w:rPr>
      </w:pPr>
      <w:r w:rsidRPr="000F75EE">
        <w:rPr>
          <w:lang w:val="en-GB"/>
        </w:rPr>
        <w:t>That is a significant win for our members</w:t>
      </w:r>
      <w:r w:rsidR="003400C8">
        <w:rPr>
          <w:lang w:val="en-GB"/>
        </w:rPr>
        <w:t xml:space="preserve"> </w:t>
      </w:r>
      <w:r w:rsidR="003400C8" w:rsidRPr="00497FF4">
        <w:rPr>
          <w:color w:val="auto"/>
          <w:lang w:val="en-GB"/>
        </w:rPr>
        <w:t xml:space="preserve">in relation to Violence against women and girls, </w:t>
      </w:r>
      <w:r w:rsidR="00BB19B2" w:rsidRPr="00497FF4">
        <w:rPr>
          <w:color w:val="auto"/>
          <w:lang w:val="en-GB"/>
        </w:rPr>
        <w:t>harassment &amp; Stalking and sexual offences.</w:t>
      </w:r>
    </w:p>
    <w:p w14:paraId="3613EDE0" w14:textId="17A375B3" w:rsidR="000F75EE" w:rsidRDefault="000F75EE" w:rsidP="000F75EE">
      <w:pPr>
        <w:rPr>
          <w:lang w:val="en-GB"/>
        </w:rPr>
      </w:pPr>
      <w:r w:rsidRPr="000F75EE">
        <w:rPr>
          <w:lang w:val="en-GB"/>
        </w:rPr>
        <w:t>This is exactly what the Federation should be doing:</w:t>
      </w:r>
      <w:r>
        <w:rPr>
          <w:lang w:val="en-GB"/>
        </w:rPr>
        <w:t xml:space="preserve"> </w:t>
      </w:r>
      <w:r w:rsidRPr="000F75EE">
        <w:rPr>
          <w:lang w:val="en-GB"/>
        </w:rPr>
        <w:t>identifying where the system is failing our members — and fighting to change it.</w:t>
      </w:r>
    </w:p>
    <w:p w14:paraId="5981110B" w14:textId="12777B50" w:rsidR="000F75EE" w:rsidRPr="000F75EE" w:rsidRDefault="000F75EE" w:rsidP="000F75EE">
      <w:pPr>
        <w:rPr>
          <w:lang w:val="en-GB"/>
        </w:rPr>
      </w:pPr>
      <w:r w:rsidRPr="000F75EE">
        <w:rPr>
          <w:lang w:val="en-GB"/>
        </w:rPr>
        <w:t xml:space="preserve">Friends, </w:t>
      </w:r>
      <w:r>
        <w:rPr>
          <w:lang w:val="en-GB"/>
        </w:rPr>
        <w:t>those fights have sustained me in difficult moments. T</w:t>
      </w:r>
      <w:r w:rsidRPr="000F75EE">
        <w:rPr>
          <w:lang w:val="en-GB"/>
        </w:rPr>
        <w:t>his is my last time at conference.</w:t>
      </w:r>
    </w:p>
    <w:p w14:paraId="592AD181" w14:textId="16AA3063" w:rsidR="000F75EE" w:rsidRPr="000F75EE" w:rsidRDefault="000F75EE" w:rsidP="000F75EE">
      <w:pPr>
        <w:rPr>
          <w:lang w:val="en-GB"/>
        </w:rPr>
      </w:pPr>
      <w:r w:rsidRPr="000F75EE">
        <w:rPr>
          <w:lang w:val="en-GB"/>
        </w:rPr>
        <w:t>I retire next month.</w:t>
      </w:r>
      <w:r>
        <w:rPr>
          <w:lang w:val="en-GB"/>
        </w:rPr>
        <w:t xml:space="preserve"> </w:t>
      </w:r>
      <w:r w:rsidRPr="000F75EE">
        <w:rPr>
          <w:lang w:val="en-GB"/>
        </w:rPr>
        <w:t>And I do that with a real sense of sadness.</w:t>
      </w:r>
    </w:p>
    <w:p w14:paraId="5AB41615" w14:textId="45C314B7" w:rsidR="000F75EE" w:rsidRPr="000F75EE" w:rsidRDefault="000F75EE" w:rsidP="000F75EE">
      <w:pPr>
        <w:rPr>
          <w:lang w:val="en-GB"/>
        </w:rPr>
      </w:pPr>
      <w:r w:rsidRPr="000F75EE">
        <w:rPr>
          <w:lang w:val="en-GB"/>
        </w:rPr>
        <w:t xml:space="preserve">Not because of the police officers I have worked alongside for </w:t>
      </w:r>
      <w:r w:rsidR="007456AE" w:rsidRPr="00224A5C">
        <w:rPr>
          <w:color w:val="auto"/>
          <w:lang w:val="en-GB"/>
        </w:rPr>
        <w:t>over</w:t>
      </w:r>
      <w:r w:rsidR="007456AE">
        <w:rPr>
          <w:color w:val="EE0000"/>
          <w:lang w:val="en-GB"/>
        </w:rPr>
        <w:t xml:space="preserve"> </w:t>
      </w:r>
      <w:r w:rsidRPr="000F75EE">
        <w:rPr>
          <w:lang w:val="en-GB"/>
        </w:rPr>
        <w:t>30 years.</w:t>
      </w:r>
      <w:r>
        <w:rPr>
          <w:lang w:val="en-GB"/>
        </w:rPr>
        <w:t xml:space="preserve"> Not because of the courageous and dedicated reps I’ve had the joy of working with. Not because of the supportive, challenging and committed network of branch</w:t>
      </w:r>
      <w:r w:rsidR="00BB19B2">
        <w:rPr>
          <w:lang w:val="en-GB"/>
        </w:rPr>
        <w:t xml:space="preserve"> </w:t>
      </w:r>
      <w:r w:rsidR="00BB19B2" w:rsidRPr="00224A5C">
        <w:rPr>
          <w:color w:val="auto"/>
          <w:lang w:val="en-GB"/>
        </w:rPr>
        <w:t>officials</w:t>
      </w:r>
      <w:r w:rsidR="007456AE">
        <w:rPr>
          <w:lang w:val="en-GB"/>
        </w:rPr>
        <w:t>……</w:t>
      </w:r>
    </w:p>
    <w:p w14:paraId="49C003C3" w14:textId="77777777" w:rsidR="000F75EE" w:rsidRPr="000F75EE" w:rsidRDefault="000F75EE" w:rsidP="000F75EE">
      <w:pPr>
        <w:rPr>
          <w:lang w:val="en-GB"/>
        </w:rPr>
      </w:pPr>
      <w:r w:rsidRPr="000F75EE">
        <w:rPr>
          <w:lang w:val="en-GB"/>
        </w:rPr>
        <w:t>I am immensely proud of them.</w:t>
      </w:r>
    </w:p>
    <w:p w14:paraId="665D2B66" w14:textId="60C57748" w:rsidR="000F75EE" w:rsidRPr="000F75EE" w:rsidRDefault="000F75EE" w:rsidP="000F75EE">
      <w:pPr>
        <w:rPr>
          <w:lang w:val="en-GB"/>
        </w:rPr>
      </w:pPr>
      <w:r w:rsidRPr="000F75EE">
        <w:rPr>
          <w:lang w:val="en-GB"/>
        </w:rPr>
        <w:t xml:space="preserve">I am sad because I know what policing could be and I know how far </w:t>
      </w:r>
      <w:r>
        <w:rPr>
          <w:lang w:val="en-GB"/>
        </w:rPr>
        <w:t xml:space="preserve">it has been allowed </w:t>
      </w:r>
      <w:r w:rsidRPr="000F75EE">
        <w:rPr>
          <w:lang w:val="en-GB"/>
        </w:rPr>
        <w:t>to drift.</w:t>
      </w:r>
    </w:p>
    <w:p w14:paraId="1F56E6E9" w14:textId="428BC1EA" w:rsidR="000F75EE" w:rsidRPr="000F75EE" w:rsidRDefault="000F75EE" w:rsidP="000F75EE">
      <w:pPr>
        <w:rPr>
          <w:lang w:val="en-GB"/>
        </w:rPr>
      </w:pPr>
      <w:r w:rsidRPr="000F75EE">
        <w:rPr>
          <w:lang w:val="en-GB"/>
        </w:rPr>
        <w:t>As we embark on another year of work with the PRRB, the Federation will continue to</w:t>
      </w:r>
      <w:r>
        <w:rPr>
          <w:lang w:val="en-GB"/>
        </w:rPr>
        <w:t xml:space="preserve"> try to</w:t>
      </w:r>
      <w:r w:rsidRPr="000F75EE">
        <w:rPr>
          <w:lang w:val="en-GB"/>
        </w:rPr>
        <w:t xml:space="preserve"> work constructively with Chief Officers.</w:t>
      </w:r>
    </w:p>
    <w:p w14:paraId="63E53FF9" w14:textId="77777777" w:rsidR="000F75EE" w:rsidRPr="000F75EE" w:rsidRDefault="000F75EE" w:rsidP="000F75EE">
      <w:pPr>
        <w:rPr>
          <w:lang w:val="en-GB"/>
        </w:rPr>
      </w:pPr>
      <w:r w:rsidRPr="000F75EE">
        <w:rPr>
          <w:lang w:val="en-GB"/>
        </w:rPr>
        <w:t>But constructive challenge is not blind agreement.</w:t>
      </w:r>
    </w:p>
    <w:p w14:paraId="235BB13E" w14:textId="04C53ECB" w:rsidR="000F75EE" w:rsidRPr="000F75EE" w:rsidRDefault="000F75EE" w:rsidP="000F75EE">
      <w:pPr>
        <w:rPr>
          <w:lang w:val="en-GB"/>
        </w:rPr>
      </w:pPr>
      <w:r w:rsidRPr="000F75EE">
        <w:rPr>
          <w:lang w:val="en-GB"/>
        </w:rPr>
        <w:t>Where Chiefs invest in their people, we will support them.</w:t>
      </w:r>
      <w:r>
        <w:rPr>
          <w:lang w:val="en-GB"/>
        </w:rPr>
        <w:t xml:space="preserve"> </w:t>
      </w:r>
      <w:r w:rsidRPr="000F75EE">
        <w:rPr>
          <w:lang w:val="en-GB"/>
        </w:rPr>
        <w:t>Where they speak honestly about the realities of policing, we will support them.</w:t>
      </w:r>
    </w:p>
    <w:p w14:paraId="0FAB5618" w14:textId="77777777" w:rsidR="000F75EE" w:rsidRPr="000F75EE" w:rsidRDefault="000F75EE" w:rsidP="000F75EE">
      <w:pPr>
        <w:rPr>
          <w:lang w:val="en-GB"/>
        </w:rPr>
      </w:pPr>
      <w:r w:rsidRPr="000F75EE">
        <w:rPr>
          <w:lang w:val="en-GB"/>
        </w:rPr>
        <w:t>But where decisions unnecessarily harm officers, we will challenge them.</w:t>
      </w:r>
    </w:p>
    <w:p w14:paraId="3B127D88" w14:textId="77777777" w:rsidR="000F75EE" w:rsidRPr="000F75EE" w:rsidRDefault="000F75EE" w:rsidP="000F75EE">
      <w:pPr>
        <w:rPr>
          <w:lang w:val="en-GB"/>
        </w:rPr>
      </w:pPr>
      <w:r w:rsidRPr="000F75EE">
        <w:rPr>
          <w:lang w:val="en-GB"/>
        </w:rPr>
        <w:t>Because leadership is not about managing headlines.</w:t>
      </w:r>
    </w:p>
    <w:p w14:paraId="4F66A7B1" w14:textId="7E737F18" w:rsidR="000F75EE" w:rsidRPr="000F75EE" w:rsidRDefault="000F75EE" w:rsidP="000F75EE">
      <w:pPr>
        <w:rPr>
          <w:lang w:val="en-GB"/>
        </w:rPr>
      </w:pPr>
      <w:r w:rsidRPr="000F75EE">
        <w:rPr>
          <w:lang w:val="en-GB"/>
        </w:rPr>
        <w:t>It is about making difficult decisions and taking responsibility for them.</w:t>
      </w:r>
    </w:p>
    <w:p w14:paraId="78C4A972" w14:textId="1273945A" w:rsidR="000F75EE" w:rsidRPr="000F75EE" w:rsidRDefault="000F75EE" w:rsidP="000F75EE">
      <w:pPr>
        <w:rPr>
          <w:lang w:val="en-GB"/>
        </w:rPr>
      </w:pPr>
      <w:r>
        <w:rPr>
          <w:lang w:val="en-GB"/>
        </w:rPr>
        <w:lastRenderedPageBreak/>
        <w:t xml:space="preserve">It is about asking a Chief whether the decision they want to take </w:t>
      </w:r>
      <w:r w:rsidRPr="000F75EE">
        <w:rPr>
          <w:lang w:val="en-GB"/>
        </w:rPr>
        <w:t xml:space="preserve">makes the job better, safer and more sustainable for the officer who </w:t>
      </w:r>
      <w:proofErr w:type="gramStart"/>
      <w:r w:rsidRPr="000F75EE">
        <w:rPr>
          <w:lang w:val="en-GB"/>
        </w:rPr>
        <w:t>has to</w:t>
      </w:r>
      <w:proofErr w:type="gramEnd"/>
      <w:r w:rsidRPr="000F75EE">
        <w:rPr>
          <w:lang w:val="en-GB"/>
        </w:rPr>
        <w:t xml:space="preserve"> make it work at three o'clock in the morning?</w:t>
      </w:r>
    </w:p>
    <w:p w14:paraId="2BA573CD" w14:textId="296C4FD8" w:rsidR="000F75EE" w:rsidRDefault="000F75EE" w:rsidP="000F75EE">
      <w:pPr>
        <w:rPr>
          <w:lang w:val="en-GB"/>
        </w:rPr>
      </w:pPr>
      <w:r w:rsidRPr="000F75EE">
        <w:rPr>
          <w:lang w:val="en-GB"/>
        </w:rPr>
        <w:t xml:space="preserve">If it doesn't, then </w:t>
      </w:r>
      <w:r>
        <w:rPr>
          <w:lang w:val="en-GB"/>
        </w:rPr>
        <w:t>they</w:t>
      </w:r>
      <w:r w:rsidRPr="000F75EE">
        <w:rPr>
          <w:lang w:val="en-GB"/>
        </w:rPr>
        <w:t xml:space="preserve"> should ask </w:t>
      </w:r>
      <w:r>
        <w:rPr>
          <w:lang w:val="en-GB"/>
        </w:rPr>
        <w:t>themselves</w:t>
      </w:r>
      <w:r w:rsidRPr="000F75EE">
        <w:rPr>
          <w:lang w:val="en-GB"/>
        </w:rPr>
        <w:t xml:space="preserve"> why </w:t>
      </w:r>
      <w:r>
        <w:rPr>
          <w:lang w:val="en-GB"/>
        </w:rPr>
        <w:t>they</w:t>
      </w:r>
      <w:r w:rsidRPr="000F75EE">
        <w:rPr>
          <w:lang w:val="en-GB"/>
        </w:rPr>
        <w:t xml:space="preserve"> are doing it.</w:t>
      </w:r>
    </w:p>
    <w:p w14:paraId="2522D4E1" w14:textId="4E9DC25E" w:rsidR="000F75EE" w:rsidRPr="00BB19B2" w:rsidRDefault="00BB19B2" w:rsidP="000F75EE">
      <w:pPr>
        <w:rPr>
          <w:strike/>
          <w:lang w:val="en-GB"/>
        </w:rPr>
      </w:pPr>
      <w:r w:rsidRPr="000820D0">
        <w:rPr>
          <w:color w:val="auto"/>
          <w:lang w:val="en-GB"/>
        </w:rPr>
        <w:t>So</w:t>
      </w:r>
      <w:r w:rsidR="00E05430">
        <w:rPr>
          <w:color w:val="auto"/>
          <w:lang w:val="en-GB"/>
        </w:rPr>
        <w:t>,</w:t>
      </w:r>
      <w:r>
        <w:rPr>
          <w:color w:val="EE0000"/>
          <w:lang w:val="en-GB"/>
        </w:rPr>
        <w:t xml:space="preserve"> </w:t>
      </w:r>
      <w:r w:rsidR="000F75EE" w:rsidRPr="000F75EE">
        <w:rPr>
          <w:lang w:val="en-GB"/>
        </w:rPr>
        <w:t xml:space="preserve">Conference, </w:t>
      </w:r>
    </w:p>
    <w:p w14:paraId="444D8E3C" w14:textId="77777777" w:rsidR="000F75EE" w:rsidRPr="000F75EE" w:rsidRDefault="000F75EE" w:rsidP="000F75EE">
      <w:pPr>
        <w:rPr>
          <w:lang w:val="en-GB"/>
        </w:rPr>
      </w:pPr>
      <w:r w:rsidRPr="000F75EE">
        <w:rPr>
          <w:lang w:val="en-GB"/>
        </w:rPr>
        <w:t>I have seen extraordinary people do extraordinary things.</w:t>
      </w:r>
    </w:p>
    <w:p w14:paraId="6E566D1C" w14:textId="77777777" w:rsidR="000F75EE" w:rsidRPr="000F75EE" w:rsidRDefault="000F75EE" w:rsidP="000F75EE">
      <w:pPr>
        <w:rPr>
          <w:lang w:val="en-GB"/>
        </w:rPr>
      </w:pPr>
      <w:r w:rsidRPr="000F75EE">
        <w:rPr>
          <w:lang w:val="en-GB"/>
        </w:rPr>
        <w:t>I have seen them turn up when they were exhausted, when they were under pressure and when they simply didn't have much more to give.</w:t>
      </w:r>
    </w:p>
    <w:p w14:paraId="04A4B8CC" w14:textId="77777777" w:rsidR="000F75EE" w:rsidRPr="000F75EE" w:rsidRDefault="000F75EE" w:rsidP="000F75EE">
      <w:pPr>
        <w:rPr>
          <w:lang w:val="en-GB"/>
        </w:rPr>
      </w:pPr>
      <w:r w:rsidRPr="000F75EE">
        <w:rPr>
          <w:lang w:val="en-GB"/>
        </w:rPr>
        <w:t>And they still did the job.</w:t>
      </w:r>
    </w:p>
    <w:p w14:paraId="3E5213B2" w14:textId="77777777" w:rsidR="000F75EE" w:rsidRPr="000F75EE" w:rsidRDefault="000F75EE" w:rsidP="000F75EE">
      <w:pPr>
        <w:rPr>
          <w:lang w:val="en-GB"/>
        </w:rPr>
      </w:pPr>
      <w:r w:rsidRPr="000F75EE">
        <w:rPr>
          <w:lang w:val="en-GB"/>
        </w:rPr>
        <w:t>That is what I will take away from policing.</w:t>
      </w:r>
    </w:p>
    <w:p w14:paraId="6DCA663C" w14:textId="7C6552CE" w:rsidR="000F75EE" w:rsidRPr="000F75EE" w:rsidRDefault="000F75EE" w:rsidP="000F75EE">
      <w:pPr>
        <w:rPr>
          <w:lang w:val="en-GB"/>
        </w:rPr>
      </w:pPr>
      <w:r w:rsidRPr="000F75EE">
        <w:rPr>
          <w:lang w:val="en-GB"/>
        </w:rPr>
        <w:t>The people.</w:t>
      </w:r>
      <w:r>
        <w:rPr>
          <w:lang w:val="en-GB"/>
        </w:rPr>
        <w:t xml:space="preserve"> The laughter. The arms round the shoulder.</w:t>
      </w:r>
    </w:p>
    <w:p w14:paraId="6C2DA4D6" w14:textId="777934B9" w:rsidR="000F75EE" w:rsidRPr="000F75EE" w:rsidRDefault="000F75EE" w:rsidP="000F75EE">
      <w:pPr>
        <w:rPr>
          <w:lang w:val="en-GB"/>
        </w:rPr>
      </w:pPr>
      <w:r w:rsidRPr="000F75EE">
        <w:rPr>
          <w:lang w:val="en-GB"/>
        </w:rPr>
        <w:t>And I want to leave with one simple message</w:t>
      </w:r>
      <w:r>
        <w:rPr>
          <w:lang w:val="en-GB"/>
        </w:rPr>
        <w:t>: w</w:t>
      </w:r>
      <w:r w:rsidRPr="000F75EE">
        <w:rPr>
          <w:lang w:val="en-GB"/>
        </w:rPr>
        <w:t>e owe those people a better deal.</w:t>
      </w:r>
    </w:p>
    <w:p w14:paraId="2E19A353" w14:textId="77777777" w:rsidR="000F75EE" w:rsidRPr="000F75EE" w:rsidRDefault="000F75EE" w:rsidP="000F75EE">
      <w:pPr>
        <w:rPr>
          <w:lang w:val="en-GB"/>
        </w:rPr>
      </w:pPr>
      <w:r w:rsidRPr="000F75EE">
        <w:rPr>
          <w:lang w:val="en-GB"/>
        </w:rPr>
        <w:t>Fair pay.</w:t>
      </w:r>
    </w:p>
    <w:p w14:paraId="289B6B1D" w14:textId="77777777" w:rsidR="000F75EE" w:rsidRPr="000F75EE" w:rsidRDefault="000F75EE" w:rsidP="000F75EE">
      <w:pPr>
        <w:rPr>
          <w:lang w:val="en-GB"/>
        </w:rPr>
      </w:pPr>
      <w:r w:rsidRPr="000F75EE">
        <w:rPr>
          <w:lang w:val="en-GB"/>
        </w:rPr>
        <w:t>Proper rest.</w:t>
      </w:r>
    </w:p>
    <w:p w14:paraId="6D6907B5" w14:textId="77777777" w:rsidR="000F75EE" w:rsidRPr="000F75EE" w:rsidRDefault="000F75EE" w:rsidP="000F75EE">
      <w:pPr>
        <w:rPr>
          <w:lang w:val="en-GB"/>
        </w:rPr>
      </w:pPr>
      <w:r w:rsidRPr="000F75EE">
        <w:rPr>
          <w:lang w:val="en-GB"/>
        </w:rPr>
        <w:t>A decent family life.</w:t>
      </w:r>
    </w:p>
    <w:p w14:paraId="7159923A" w14:textId="77777777" w:rsidR="000F75EE" w:rsidRPr="000F75EE" w:rsidRDefault="000F75EE" w:rsidP="000F75EE">
      <w:pPr>
        <w:rPr>
          <w:lang w:val="en-GB"/>
        </w:rPr>
      </w:pPr>
      <w:r w:rsidRPr="000F75EE">
        <w:rPr>
          <w:lang w:val="en-GB"/>
        </w:rPr>
        <w:t>The right technology.</w:t>
      </w:r>
    </w:p>
    <w:p w14:paraId="144BB56E" w14:textId="77777777" w:rsidR="000F75EE" w:rsidRPr="000820D0" w:rsidRDefault="000F75EE" w:rsidP="000F75EE">
      <w:pPr>
        <w:rPr>
          <w:color w:val="auto"/>
          <w:lang w:val="en-GB"/>
        </w:rPr>
      </w:pPr>
      <w:r w:rsidRPr="000820D0">
        <w:rPr>
          <w:color w:val="auto"/>
          <w:lang w:val="en-GB"/>
        </w:rPr>
        <w:t>Less bureaucracy.</w:t>
      </w:r>
    </w:p>
    <w:p w14:paraId="7D93546C" w14:textId="6F581B5B" w:rsidR="007456AE" w:rsidRPr="000820D0" w:rsidRDefault="007456AE" w:rsidP="000F75EE">
      <w:pPr>
        <w:rPr>
          <w:color w:val="auto"/>
          <w:lang w:val="en-GB"/>
        </w:rPr>
      </w:pPr>
      <w:r w:rsidRPr="000820D0">
        <w:rPr>
          <w:color w:val="auto"/>
          <w:lang w:val="en-GB"/>
        </w:rPr>
        <w:t>A modern workplace</w:t>
      </w:r>
    </w:p>
    <w:p w14:paraId="377C0844" w14:textId="77777777" w:rsidR="000F75EE" w:rsidRPr="000F75EE" w:rsidRDefault="000F75EE" w:rsidP="000F75EE">
      <w:pPr>
        <w:rPr>
          <w:lang w:val="en-GB"/>
        </w:rPr>
      </w:pPr>
      <w:r w:rsidRPr="000F75EE">
        <w:rPr>
          <w:lang w:val="en-GB"/>
        </w:rPr>
        <w:t>Fair treatment when things go wrong.</w:t>
      </w:r>
    </w:p>
    <w:p w14:paraId="2C55E13C" w14:textId="77777777" w:rsidR="000F75EE" w:rsidRPr="000F75EE" w:rsidRDefault="000F75EE" w:rsidP="000F75EE">
      <w:pPr>
        <w:rPr>
          <w:lang w:val="en-GB"/>
        </w:rPr>
      </w:pPr>
      <w:r w:rsidRPr="000F75EE">
        <w:rPr>
          <w:lang w:val="en-GB"/>
        </w:rPr>
        <w:t>And a voice in the decisions that affect their working lives.</w:t>
      </w:r>
    </w:p>
    <w:p w14:paraId="75AE8E0A" w14:textId="77777777" w:rsidR="000F75EE" w:rsidRPr="000F75EE" w:rsidRDefault="000F75EE" w:rsidP="000F75EE">
      <w:pPr>
        <w:rPr>
          <w:lang w:val="en-GB"/>
        </w:rPr>
      </w:pPr>
      <w:r w:rsidRPr="000F75EE">
        <w:rPr>
          <w:lang w:val="en-GB"/>
        </w:rPr>
        <w:t>None of that is unattainable.</w:t>
      </w:r>
    </w:p>
    <w:p w14:paraId="448C0E44" w14:textId="77777777" w:rsidR="000F75EE" w:rsidRPr="000F75EE" w:rsidRDefault="000F75EE" w:rsidP="000F75EE">
      <w:pPr>
        <w:rPr>
          <w:lang w:val="en-GB"/>
        </w:rPr>
      </w:pPr>
      <w:r w:rsidRPr="000F75EE">
        <w:rPr>
          <w:lang w:val="en-GB"/>
        </w:rPr>
        <w:t>And how dare Chiefs or Government make you think for one second it's unreasonable.</w:t>
      </w:r>
    </w:p>
    <w:p w14:paraId="4C0C31A0" w14:textId="77777777" w:rsidR="000F75EE" w:rsidRPr="000F75EE" w:rsidRDefault="000F75EE" w:rsidP="000F75EE">
      <w:pPr>
        <w:rPr>
          <w:lang w:val="en-GB"/>
        </w:rPr>
      </w:pPr>
      <w:r w:rsidRPr="000F75EE">
        <w:rPr>
          <w:lang w:val="en-GB"/>
        </w:rPr>
        <w:t>None of it is asking for special treatment.</w:t>
      </w:r>
    </w:p>
    <w:p w14:paraId="0AD8A8AF" w14:textId="77777777" w:rsidR="000F75EE" w:rsidRPr="000F75EE" w:rsidRDefault="000F75EE" w:rsidP="000F75EE">
      <w:pPr>
        <w:rPr>
          <w:lang w:val="en-GB"/>
        </w:rPr>
      </w:pPr>
      <w:r w:rsidRPr="000F75EE">
        <w:rPr>
          <w:lang w:val="en-GB"/>
        </w:rPr>
        <w:t>It is simply asking for a fair deal for the people who spend their working lives looking after everyone else.</w:t>
      </w:r>
    </w:p>
    <w:p w14:paraId="34CC0815" w14:textId="77777777" w:rsidR="000F75EE" w:rsidRPr="000F75EE" w:rsidRDefault="000F75EE" w:rsidP="000F75EE">
      <w:pPr>
        <w:rPr>
          <w:lang w:val="en-GB"/>
        </w:rPr>
      </w:pPr>
      <w:r w:rsidRPr="000F75EE">
        <w:rPr>
          <w:lang w:val="en-GB"/>
        </w:rPr>
        <w:t>I am proud to have been a police officer.</w:t>
      </w:r>
    </w:p>
    <w:p w14:paraId="125EE48D" w14:textId="77777777" w:rsidR="000F75EE" w:rsidRPr="000F75EE" w:rsidRDefault="000F75EE" w:rsidP="000F75EE">
      <w:pPr>
        <w:rPr>
          <w:lang w:val="en-GB"/>
        </w:rPr>
      </w:pPr>
      <w:r w:rsidRPr="000F75EE">
        <w:rPr>
          <w:lang w:val="en-GB"/>
        </w:rPr>
        <w:t>And I am proud to have served this Federation and its members.</w:t>
      </w:r>
    </w:p>
    <w:p w14:paraId="1109C05C" w14:textId="1A8C8FA7" w:rsidR="000F75EE" w:rsidRPr="000F75EE" w:rsidRDefault="000F75EE" w:rsidP="000F75EE">
      <w:pPr>
        <w:rPr>
          <w:lang w:val="en-GB"/>
        </w:rPr>
      </w:pPr>
      <w:r w:rsidRPr="000F75EE">
        <w:rPr>
          <w:lang w:val="en-GB"/>
        </w:rPr>
        <w:lastRenderedPageBreak/>
        <w:t>The laziest critique people make of the Fed is: “Well, it's a toothless tiger.”</w:t>
      </w:r>
    </w:p>
    <w:p w14:paraId="3E254909" w14:textId="77777777" w:rsidR="000F75EE" w:rsidRPr="000F75EE" w:rsidRDefault="000F75EE" w:rsidP="000F75EE">
      <w:pPr>
        <w:rPr>
          <w:lang w:val="en-GB"/>
        </w:rPr>
      </w:pPr>
      <w:r w:rsidRPr="000F75EE">
        <w:rPr>
          <w:lang w:val="en-GB"/>
        </w:rPr>
        <w:t>Friends, I don't accept that.</w:t>
      </w:r>
    </w:p>
    <w:p w14:paraId="376FC047" w14:textId="77777777" w:rsidR="000F75EE" w:rsidRPr="000F75EE" w:rsidRDefault="000F75EE" w:rsidP="000F75EE">
      <w:pPr>
        <w:rPr>
          <w:lang w:val="en-GB"/>
        </w:rPr>
      </w:pPr>
      <w:r w:rsidRPr="000F75EE">
        <w:rPr>
          <w:lang w:val="en-GB"/>
        </w:rPr>
        <w:t>Because I have seen what this Federation can do when it stands up for its members.</w:t>
      </w:r>
    </w:p>
    <w:p w14:paraId="55302DBF" w14:textId="77777777" w:rsidR="000F75EE" w:rsidRPr="000F75EE" w:rsidRDefault="000F75EE" w:rsidP="000F75EE">
      <w:pPr>
        <w:rPr>
          <w:lang w:val="en-GB"/>
        </w:rPr>
      </w:pPr>
      <w:r w:rsidRPr="000F75EE">
        <w:rPr>
          <w:lang w:val="en-GB"/>
        </w:rPr>
        <w:t>I have seen it change policy.</w:t>
      </w:r>
    </w:p>
    <w:p w14:paraId="3457DCF1" w14:textId="77777777" w:rsidR="000F75EE" w:rsidRPr="000F75EE" w:rsidRDefault="000F75EE" w:rsidP="000F75EE">
      <w:pPr>
        <w:rPr>
          <w:lang w:val="en-GB"/>
        </w:rPr>
      </w:pPr>
      <w:r w:rsidRPr="000F75EE">
        <w:rPr>
          <w:lang w:val="en-GB"/>
        </w:rPr>
        <w:t>I have seen it change lives.</w:t>
      </w:r>
    </w:p>
    <w:p w14:paraId="29C3DA40" w14:textId="77777777" w:rsidR="000F75EE" w:rsidRPr="000F75EE" w:rsidRDefault="000F75EE" w:rsidP="000F75EE">
      <w:pPr>
        <w:rPr>
          <w:lang w:val="en-GB"/>
        </w:rPr>
      </w:pPr>
      <w:r w:rsidRPr="000F75EE">
        <w:rPr>
          <w:lang w:val="en-GB"/>
        </w:rPr>
        <w:t>I have seen it support and represent people at the very end of their capacity to carry on.</w:t>
      </w:r>
    </w:p>
    <w:p w14:paraId="599894C7" w14:textId="77777777" w:rsidR="000F75EE" w:rsidRPr="000F75EE" w:rsidRDefault="000F75EE" w:rsidP="000F75EE">
      <w:pPr>
        <w:rPr>
          <w:lang w:val="en-GB"/>
        </w:rPr>
      </w:pPr>
      <w:r w:rsidRPr="000F75EE">
        <w:rPr>
          <w:lang w:val="en-GB"/>
        </w:rPr>
        <w:t>And I have seen it hold the line when it would have been easier not to.</w:t>
      </w:r>
    </w:p>
    <w:p w14:paraId="4D9073BA" w14:textId="77777777" w:rsidR="000F75EE" w:rsidRPr="000F75EE" w:rsidRDefault="000F75EE" w:rsidP="000F75EE">
      <w:pPr>
        <w:rPr>
          <w:lang w:val="en-GB"/>
        </w:rPr>
      </w:pPr>
      <w:proofErr w:type="gramStart"/>
      <w:r w:rsidRPr="000F75EE">
        <w:rPr>
          <w:lang w:val="en-GB"/>
        </w:rPr>
        <w:t>So</w:t>
      </w:r>
      <w:proofErr w:type="gramEnd"/>
      <w:r w:rsidRPr="000F75EE">
        <w:rPr>
          <w:lang w:val="en-GB"/>
        </w:rPr>
        <w:t xml:space="preserve"> when I walk away next month, I want to know that this Federation will keep fighting.</w:t>
      </w:r>
    </w:p>
    <w:p w14:paraId="39B493D1" w14:textId="77777777" w:rsidR="000F75EE" w:rsidRPr="000F75EE" w:rsidRDefault="000F75EE" w:rsidP="000F75EE">
      <w:pPr>
        <w:rPr>
          <w:lang w:val="en-GB"/>
        </w:rPr>
      </w:pPr>
      <w:r w:rsidRPr="000F75EE">
        <w:rPr>
          <w:lang w:val="en-GB"/>
        </w:rPr>
        <w:t>Fighting for the people I have spent 30 years standing alongside.</w:t>
      </w:r>
    </w:p>
    <w:p w14:paraId="5F978C52" w14:textId="77777777" w:rsidR="000F75EE" w:rsidRDefault="000F75EE" w:rsidP="000F75EE">
      <w:pPr>
        <w:rPr>
          <w:lang w:val="en-GB"/>
        </w:rPr>
      </w:pPr>
      <w:r w:rsidRPr="000F75EE">
        <w:rPr>
          <w:lang w:val="en-GB"/>
        </w:rPr>
        <w:t>Because they deserve nothing less.</w:t>
      </w:r>
    </w:p>
    <w:p w14:paraId="67A70CEA" w14:textId="77777777" w:rsidR="000820D0" w:rsidRPr="000F75EE" w:rsidRDefault="000820D0" w:rsidP="000F75EE">
      <w:pPr>
        <w:rPr>
          <w:lang w:val="en-GB"/>
        </w:rPr>
      </w:pPr>
    </w:p>
    <w:p w14:paraId="53EF05FF" w14:textId="77777777" w:rsidR="000F75EE" w:rsidRPr="000F75EE" w:rsidRDefault="000F75EE" w:rsidP="000F75EE">
      <w:pPr>
        <w:rPr>
          <w:lang w:val="en-GB"/>
        </w:rPr>
      </w:pPr>
      <w:r w:rsidRPr="000F75EE">
        <w:rPr>
          <w:lang w:val="en-GB"/>
        </w:rPr>
        <w:t>Thank you.</w:t>
      </w:r>
    </w:p>
    <w:p w14:paraId="1BBC3594" w14:textId="11CEA7A7" w:rsidR="009C4323" w:rsidRPr="000F75EE" w:rsidRDefault="009C4323" w:rsidP="000F75EE"/>
    <w:sectPr w:rsidR="009C4323" w:rsidRPr="000F75EE" w:rsidSect="00034616">
      <w:headerReference w:type="default" r:id="rId8"/>
      <w:footerReference w:type="default" r:id="rId9"/>
      <w:pgSz w:w="12240" w:h="15840"/>
      <w:pgMar w:top="1080"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21FC6" w14:textId="77777777" w:rsidR="003D7F91" w:rsidRDefault="003D7F91">
      <w:pPr>
        <w:spacing w:after="0" w:line="240" w:lineRule="auto"/>
      </w:pPr>
      <w:r>
        <w:separator/>
      </w:r>
    </w:p>
  </w:endnote>
  <w:endnote w:type="continuationSeparator" w:id="0">
    <w:p w14:paraId="38FC1E55" w14:textId="77777777" w:rsidR="003D7F91" w:rsidRDefault="003D7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EFFC4" w14:textId="0AA0AF38" w:rsidR="009C4323" w:rsidRDefault="009C432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10A47" w14:textId="77777777" w:rsidR="003D7F91" w:rsidRDefault="003D7F91">
      <w:pPr>
        <w:spacing w:after="0" w:line="240" w:lineRule="auto"/>
      </w:pPr>
      <w:r>
        <w:separator/>
      </w:r>
    </w:p>
  </w:footnote>
  <w:footnote w:type="continuationSeparator" w:id="0">
    <w:p w14:paraId="70280A98" w14:textId="77777777" w:rsidR="003D7F91" w:rsidRDefault="003D7F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927CB" w14:textId="4DC4460B" w:rsidR="00283186" w:rsidRDefault="008F21D6" w:rsidP="00D44E31">
    <w:pPr>
      <w:pStyle w:val="Header"/>
      <w:tabs>
        <w:tab w:val="clear" w:pos="4680"/>
        <w:tab w:val="clear" w:pos="9360"/>
        <w:tab w:val="left" w:pos="900"/>
        <w:tab w:val="left" w:pos="1530"/>
        <w:tab w:val="right" w:pos="9792"/>
      </w:tabs>
      <w:jc w:val="right"/>
    </w:pPr>
    <w:r>
      <w:tab/>
    </w:r>
    <w:r>
      <w:tab/>
    </w:r>
    <w:r>
      <w:tab/>
    </w:r>
    <w:r w:rsidR="00F51761">
      <w:tab/>
    </w:r>
  </w:p>
  <w:p w14:paraId="6C1C57D5" w14:textId="77777777" w:rsidR="00283186" w:rsidRDefault="002831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54459179">
    <w:abstractNumId w:val="8"/>
  </w:num>
  <w:num w:numId="2" w16cid:durableId="537622852">
    <w:abstractNumId w:val="6"/>
  </w:num>
  <w:num w:numId="3" w16cid:durableId="1845514979">
    <w:abstractNumId w:val="5"/>
  </w:num>
  <w:num w:numId="4" w16cid:durableId="1286080756">
    <w:abstractNumId w:val="4"/>
  </w:num>
  <w:num w:numId="5" w16cid:durableId="2040205800">
    <w:abstractNumId w:val="7"/>
  </w:num>
  <w:num w:numId="6" w16cid:durableId="143160524">
    <w:abstractNumId w:val="3"/>
  </w:num>
  <w:num w:numId="7" w16cid:durableId="9797071">
    <w:abstractNumId w:val="2"/>
  </w:num>
  <w:num w:numId="8" w16cid:durableId="165705279">
    <w:abstractNumId w:val="1"/>
  </w:num>
  <w:num w:numId="9" w16cid:durableId="150951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196F"/>
    <w:rsid w:val="000820D0"/>
    <w:rsid w:val="000D4705"/>
    <w:rsid w:val="000D6BFD"/>
    <w:rsid w:val="000F75EE"/>
    <w:rsid w:val="0015074B"/>
    <w:rsid w:val="001C0254"/>
    <w:rsid w:val="002237C9"/>
    <w:rsid w:val="00224A5C"/>
    <w:rsid w:val="00252933"/>
    <w:rsid w:val="00283186"/>
    <w:rsid w:val="0029639D"/>
    <w:rsid w:val="002A236D"/>
    <w:rsid w:val="002B6D2A"/>
    <w:rsid w:val="002D2B6B"/>
    <w:rsid w:val="002D369C"/>
    <w:rsid w:val="00313237"/>
    <w:rsid w:val="00316081"/>
    <w:rsid w:val="00326F90"/>
    <w:rsid w:val="003400C8"/>
    <w:rsid w:val="00357933"/>
    <w:rsid w:val="00373F2B"/>
    <w:rsid w:val="003D7F91"/>
    <w:rsid w:val="00497FF4"/>
    <w:rsid w:val="0051061E"/>
    <w:rsid w:val="00531853"/>
    <w:rsid w:val="005B56BA"/>
    <w:rsid w:val="006C5ADA"/>
    <w:rsid w:val="007056DA"/>
    <w:rsid w:val="007456AE"/>
    <w:rsid w:val="007F78AB"/>
    <w:rsid w:val="00876285"/>
    <w:rsid w:val="008A72B1"/>
    <w:rsid w:val="008F21D6"/>
    <w:rsid w:val="00953380"/>
    <w:rsid w:val="00997855"/>
    <w:rsid w:val="009C4323"/>
    <w:rsid w:val="00A73C5F"/>
    <w:rsid w:val="00A90B01"/>
    <w:rsid w:val="00A914FD"/>
    <w:rsid w:val="00A91C68"/>
    <w:rsid w:val="00A92522"/>
    <w:rsid w:val="00AA1D8D"/>
    <w:rsid w:val="00AB38A7"/>
    <w:rsid w:val="00AD2C67"/>
    <w:rsid w:val="00B01518"/>
    <w:rsid w:val="00B47730"/>
    <w:rsid w:val="00B64C04"/>
    <w:rsid w:val="00BB19B2"/>
    <w:rsid w:val="00CB0664"/>
    <w:rsid w:val="00CB4F89"/>
    <w:rsid w:val="00CC3FA7"/>
    <w:rsid w:val="00D44E31"/>
    <w:rsid w:val="00DC6A6C"/>
    <w:rsid w:val="00E05430"/>
    <w:rsid w:val="00E86318"/>
    <w:rsid w:val="00F32961"/>
    <w:rsid w:val="00F32E22"/>
    <w:rsid w:val="00F51761"/>
    <w:rsid w:val="00F8394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6010CC"/>
  <w14:defaultImageDpi w14:val="300"/>
  <w15:docId w15:val="{9FA0BFFE-B7D1-469C-95C3-2212A75B8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69" w:lineRule="auto"/>
    </w:pPr>
    <w:rPr>
      <w:rFonts w:ascii="Aptos" w:hAnsi="Aptos"/>
      <w:color w:val="1E1E1E"/>
      <w:sz w:val="25"/>
    </w:rPr>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b/>
      <w:bCs/>
      <w:color w:val="16375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63756"/>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5A646E"/>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489</TotalTime>
  <Pages>9</Pages>
  <Words>2426</Words>
  <Characters>11791</Characters>
  <Application>Microsoft Office Word</Application>
  <DocSecurity>0</DocSecurity>
  <Lines>250</Lines>
  <Paragraphs>200</Paragraphs>
  <ScaleCrop>false</ScaleCrop>
  <HeadingPairs>
    <vt:vector size="2" baseType="variant">
      <vt:variant>
        <vt:lpstr>Title</vt:lpstr>
      </vt:variant>
      <vt:variant>
        <vt:i4>1</vt:i4>
      </vt:variant>
    </vt:vector>
  </HeadingPairs>
  <TitlesOfParts>
    <vt:vector size="1" baseType="lpstr">
      <vt:lpstr>Acting National Secretary Conference Speech</vt:lpstr>
    </vt:vector>
  </TitlesOfParts>
  <Manager/>
  <Company/>
  <LinksUpToDate>false</LinksUpToDate>
  <CharactersWithSpaces>14017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Acting National Secretary Conference Speech</dc:title>
  <dc:subject>PFEW Annual Conference 2026</dc:subject>
  <dc:creator>Gareth Nicholson  - PFEW HQ</dc:creator>
  <cp:keywords/>
  <dc:description>generated by python-docx</dc:description>
  <cp:lastModifiedBy>Stavan Desai - PFEW HQ</cp:lastModifiedBy>
  <cp:revision>32</cp:revision>
  <dcterms:created xsi:type="dcterms:W3CDTF">2026-10-02T07:13:00Z</dcterms:created>
  <dcterms:modified xsi:type="dcterms:W3CDTF">2026-10-21T13:48:00Z</dcterms:modified>
  <cp:category/>
</cp:coreProperties>
</file>